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TA FRAME TEK, SL</w:t>
      </w:r>
    </w:p>
    <w:p>
      <w:r>
        <w:t>NIF B0173371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