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.A.S MONTAJES ELECTRICOS SL</w:t>
      </w:r>
    </w:p>
    <w:p>
      <w:r>
        <w:t>NIF B5688844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