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CULTHISME, S.L.</w:t>
      </w:r>
    </w:p>
    <w:p>
      <w:r>
        <w:t>NIF B98352248.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la contratacion de los suministros y servicios de varios lotes necesarios para la organizacióo y desarrollo de la festividad de Moros y Cristianos durante las fiestas patronales de Moncada. (lote 1) · exp. 2125227E moros y cristianos</w:t>
            </w:r>
          </w:p>
        </w:tc>
        <w:tc>
          <w:tcPr>
            <w:tcW w:type="dxa" w:w="1440"/>
          </w:tcPr>
          <w:p>
            <w:r>
              <w:t>Ajuntament de Moncada · NIF P4617300A</w:t>
            </w:r>
          </w:p>
        </w:tc>
        <w:tc>
          <w:tcPr>
            <w:tcW w:type="dxa" w:w="1440"/>
          </w:tcPr>
          <w:p>
            <w:r>
              <w:t>20.097,00 €</w:t>
            </w:r>
          </w:p>
        </w:tc>
        <w:tc>
          <w:tcPr>
            <w:tcW w:type="dxa" w:w="1440"/>
          </w:tcPr>
          <w:p>
            <w:r>
              <w:t>29/05/2025</w:t>
            </w:r>
          </w:p>
        </w:tc>
        <w:tc>
          <w:tcPr>
            <w:tcW w:type="dxa" w:w="1440"/>
          </w:tcPr>
          <w:p>
            <w:r>
              <w:t>05/06/2025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contratacion de los suministros y servicios de varios lotes necesarios para la organizacióo y desarrollo de la festividad de Moros y Cristianos durante las fiestas patronales de Moncada. (lote 3) · exp. 2125227E moros y cristianos</w:t>
            </w:r>
          </w:p>
        </w:tc>
        <w:tc>
          <w:tcPr>
            <w:tcW w:type="dxa" w:w="1440"/>
          </w:tcPr>
          <w:p>
            <w:r>
              <w:t>Ajuntament de Moncada · NIF P4617300A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29/05/2025</w:t>
            </w:r>
          </w:p>
        </w:tc>
        <w:tc>
          <w:tcPr>
            <w:tcW w:type="dxa" w:w="1440"/>
          </w:tcPr>
          <w:p>
            <w:r>
              <w:t>04/06/2025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20.097,00 €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Moncada (NIF P4617300A)</w:t>
      </w:r>
    </w:p>
    <w:p>
      <w:r>
        <w:t xml:space="preserve">CULTHISME, S.L., con NIF B98352248, adjudicataria del contrato «la contratacion de los suministros y servicios de varios lotes necesarios para la organizacióo y desarrollo de la festividad de Moros y Cristianos durante las fiestas patronales de Moncada.», lote 1, expediente 2125227E moros y cristianos, adjudicado el 29/05/2025 por 20.097,00 €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05/06/2025 a 05/06/2027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Moncada (NIF P4617300A)</w:t>
      </w:r>
    </w:p>
    <w:p>
      <w:r>
        <w:t xml:space="preserve">CULTHISME, S.L., con NIF B98352248, adjudicataria del contrato «la contratacion de los suministros y servicios de varios lotes necesarios para la organizacióo y desarrollo de la festividad de Moros y Cristianos durante las fiestas patronales de Moncada.», lote 3, expediente 2125227E moros y cristianos, adjudicado el 29/05/2025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04/06/2025 a 04/06/2027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