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CRYOGAS SL</w:t>
      </w:r>
    </w:p>
    <w:p>
      <w:r>
        <w:t>NIF B61635835.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de equipamiento general de laboratorio para el Laboratorio Central de Veterinaria (Algete, Madrid) y el Laboratorio Central de Sanidad Animal (Santa Fe, Granada).” Ejercicio 2024. 6 lotes (lote 6) · exp. 202405100148</w:t>
            </w:r>
          </w:p>
        </w:tc>
        <w:tc>
          <w:tcPr>
            <w:tcW w:type="dxa" w:w="1440"/>
          </w:tcPr>
          <w:p>
            <w:r>
              <w:t>Dirección General de Sanidad de la Producción Agroalimentaria y Bienestar Animal · NIF S2800556I</w:t>
            </w:r>
          </w:p>
        </w:tc>
        <w:tc>
          <w:tcPr>
            <w:tcW w:type="dxa" w:w="1440"/>
          </w:tcPr>
          <w:p>
            <w:r>
              <w:t>4.646,00 €</w:t>
            </w:r>
          </w:p>
        </w:tc>
        <w:tc>
          <w:tcPr>
            <w:tcW w:type="dxa" w:w="1440"/>
          </w:tcPr>
          <w:p>
            <w:r>
              <w:t>07/10/2024</w:t>
            </w:r>
          </w:p>
        </w:tc>
        <w:tc>
          <w:tcPr>
            <w:tcW w:type="dxa" w:w="1440"/>
          </w:tcPr>
          <w:p>
            <w:r>
              <w:t>14/10/2024 – 14/03/2025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d'un sistema d'alarmes i cabina de flux vertical pels laboratoris de les consultes externes del Servei de Fecundació in Vitro de l'Hospital Universitari Vall d'Hebron (lote 1) · exp. SCS-2026-587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35.778,00 €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instalación y puesta en funcionamiento de dos estufas para tubos colectores, dos incubadoras Tri-gas y dos contenedores para gametos y embriones para el Laboratorio de Reproducción Humana del Hospital Universitario 12 de Octubre (lote 3) · exp. 2025-0-98</w:t>
            </w:r>
          </w:p>
        </w:tc>
        <w:tc>
          <w:tcPr>
            <w:tcW w:type="dxa" w:w="1440"/>
          </w:tcPr>
          <w:p>
            <w:r>
              <w:t>Hospital Universitario 12 de Octubre</w:t>
            </w:r>
          </w:p>
        </w:tc>
        <w:tc>
          <w:tcPr>
            <w:tcW w:type="dxa" w:w="1440"/>
          </w:tcPr>
          <w:p>
            <w:r>
              <w:t>6.366,00 €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diverso equipamiento electromédico (I) en el H.Puerta de Hierro Majadahonda (lote 6) · exp. A/SUM-040018/2024</w:t>
            </w:r>
          </w:p>
        </w:tc>
        <w:tc>
          <w:tcPr>
            <w:tcW w:type="dxa" w:w="1440"/>
          </w:tcPr>
          <w:p>
            <w:r>
              <w:t>Hospital Universitario Puerta de Hierro Majadahonda</w:t>
            </w:r>
          </w:p>
        </w:tc>
        <w:tc>
          <w:tcPr>
            <w:tcW w:type="dxa" w:w="1440"/>
          </w:tcPr>
          <w:p>
            <w:r>
              <w:t>81.235,00 €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20/12/2024 – 20/01/2025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128.025,00 €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Sanidad de la Producción Agroalimentaria y Bienestar Animal (NIF S2800556I)</w:t>
      </w:r>
    </w:p>
    <w:p>
      <w:r>
        <w:t xml:space="preserve">CRYOGAS SL, con NIF B61635835, adjudicataria del contrato «Adquisición de equipamiento general de laboratorio para el Laboratorio Central de Veterinaria (Algete, Madrid) y el Laboratorio Central de Sanidad Animal (Santa Fe, Granada).” Ejercicio 2024. 6 lotes», lote 6, expediente 202405100148, adjudicado el 07/10/2024 por 4.646,00 €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14/10/2024 a 14/03/2025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CRYOGAS SL, con NIF B61635835, adjudicataria del contrato «Subministrament d'un sistema d'alarmes i cabina de flux vertical pels laboratoris de les consultes externes del Servei de Fecundació in Vitro de l'Hospital Universitari Vall d'Hebron», lote 1, expediente SCS-2026-587, adjudicado el …… por 35.778,00 €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27/01/2027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Hospital Universitario 12 de Octubre</w:t>
      </w:r>
    </w:p>
    <w:p>
      <w:r>
        <w:t xml:space="preserve">CRYOGAS SL, con NIF B61635835, adjudicataria del contrato «Suministro, instalación y puesta en funcionamiento de dos estufas para tubos colectores, dos incubadoras Tri-gas y dos contenedores para gametos y embriones para el Laboratorio de Reproducción Humana del Hospital Universitario 12 de Octubre», lote 3, expediente 2025-0-98, adjudicado el …… por 6.366,00 €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Hospital Universitario Puerta de Hierro Majadahonda</w:t>
      </w:r>
    </w:p>
    <w:p>
      <w:r>
        <w:t xml:space="preserve">CRYOGAS SL, con NIF B61635835, adjudicataria del contrato «Suministro e instalación de diverso equipamiento electromédico (I) en el H.Puerta de Hierro Majadahonda», lote 6, expediente A/SUM-040018/2024, adjudicado el …… por 81.235,00 €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20/12/2024 a 20/01/2025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