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COVIBAR2 AUTOESCUELA</w:t>
      </w:r>
    </w:p>
    <w:p>
      <w:r>
        <w:t>NIF B86748175.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 cursos prácticos para la obtención de permisos militar de conducción tipo C, C+E y D. (lote 1) · exp. 2026/SP03038000/00000255E</w:t>
            </w:r>
          </w:p>
        </w:tc>
        <w:tc>
          <w:tcPr>
            <w:tcW w:type="dxa" w:w="1440"/>
          </w:tcPr>
          <w:p>
            <w:r>
              <w:t>Jefatura de la Sección de Asuntos Económicos de la Unidad Militar de Emergencias · NIF S2800475B</w:t>
            </w:r>
          </w:p>
        </w:tc>
        <w:tc>
          <w:tcPr>
            <w:tcW w:type="dxa" w:w="1440"/>
          </w:tcPr>
          <w:p>
            <w:r>
              <w:t>58.000,00 €</w:t>
            </w:r>
          </w:p>
        </w:tc>
        <w:tc>
          <w:tcPr>
            <w:tcW w:type="dxa" w:w="1440"/>
          </w:tcPr>
          <w:p>
            <w:r>
              <w:t>18/05/2026</w:t>
            </w:r>
          </w:p>
        </w:tc>
        <w:tc>
          <w:tcPr>
            <w:tcW w:type="dxa" w:w="1440"/>
          </w:tcPr>
          <w:p>
            <w:r>
              <w:t>12/06/2026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Cursos prácticos para obtención de permisos de conducción (PMC) Tipo C,C+E y D, a ejecutar en instalaciones del contratista (lote 1) · exp. 2025/SP03038000/00000180E</w:t>
            </w:r>
          </w:p>
        </w:tc>
        <w:tc>
          <w:tcPr>
            <w:tcW w:type="dxa" w:w="1440"/>
          </w:tcPr>
          <w:p>
            <w:r>
              <w:t>Jefatura de la Sección de Asuntos Económicos de la Unidad Militar de Emergencias · NIF S2800475B</w:t>
            </w:r>
          </w:p>
        </w:tc>
        <w:tc>
          <w:tcPr>
            <w:tcW w:type="dxa" w:w="1440"/>
          </w:tcPr>
          <w:p>
            <w:r>
              <w:t>23.966,94 €</w:t>
            </w:r>
          </w:p>
        </w:tc>
        <w:tc>
          <w:tcPr>
            <w:tcW w:type="dxa" w:w="1440"/>
          </w:tcPr>
          <w:p>
            <w:r>
              <w:t>27/06/2025</w:t>
            </w:r>
          </w:p>
        </w:tc>
        <w:tc>
          <w:tcPr>
            <w:tcW w:type="dxa" w:w="1440"/>
          </w:tcPr>
          <w:p>
            <w:r>
              <w:t>30/06/2025 – 15/12/2025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Cursos prácticos para obtención de permisos de conducción (PMC) Tipo C,C+E y D, a ejecutar en instalaciones del contratista (lote 1) · exp. 2024/SP03038000/00000189</w:t>
            </w:r>
          </w:p>
        </w:tc>
        <w:tc>
          <w:tcPr>
            <w:tcW w:type="dxa" w:w="1440"/>
          </w:tcPr>
          <w:p>
            <w:r>
              <w:t>Jefatura de la Sección de Asuntos Económicos de la Unidad Militar de Emergencias · NIF S2800475B</w:t>
            </w:r>
          </w:p>
        </w:tc>
        <w:tc>
          <w:tcPr>
            <w:tcW w:type="dxa" w:w="1440"/>
          </w:tcPr>
          <w:p>
            <w:r>
              <w:t>29.000,00 €</w:t>
            </w:r>
          </w:p>
        </w:tc>
        <w:tc>
          <w:tcPr>
            <w:tcW w:type="dxa" w:w="1440"/>
          </w:tcPr>
          <w:p>
            <w:r>
              <w:t>26/06/2024</w:t>
            </w:r>
          </w:p>
        </w:tc>
        <w:tc>
          <w:tcPr>
            <w:tcW w:type="dxa" w:w="1440"/>
          </w:tcPr>
          <w:p>
            <w:r>
              <w:t>15/06/2024 – 15/12/2024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110.966,94 €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Jefatura de la Sección de Asuntos Económicos de la Unidad Militar de Emergencias (NIF S2800475B)</w:t>
      </w:r>
    </w:p>
    <w:p>
      <w:r>
        <w:t xml:space="preserve">COVIBAR2 AUTOESCUELA, con NIF B86748175, adjudicataria del contrato «Contratación de cursos prácticos para la obtención de permisos militar de conducción tipo C, C+E y D.», lote 1, expediente 2026/SP03038000/00000255E, adjudicado el 18/05/2026 por 58.000,00 €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12/06/2026 a 12/06/2028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Jefatura de la Sección de Asuntos Económicos de la Unidad Militar de Emergencias (NIF S2800475B)</w:t>
      </w:r>
    </w:p>
    <w:p>
      <w:r>
        <w:t xml:space="preserve">COVIBAR2 AUTOESCUELA, con NIF B86748175, adjudicataria del contrato «Cursos prácticos para obtención de permisos de conducción (PMC) Tipo C,C+E y D, a ejecutar en instalaciones del contratista», lote 1, expediente 2025/SP03038000/00000180E, adjudicado el 27/06/2025 por 23.966,94 €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30/06/2025 a 15/12/2025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Jefatura de la Sección de Asuntos Económicos de la Unidad Militar de Emergencias (NIF S2800475B)</w:t>
      </w:r>
    </w:p>
    <w:p>
      <w:r>
        <w:t xml:space="preserve">COVIBAR2 AUTOESCUELA, con NIF B86748175, adjudicataria del contrato «Cursos prácticos para obtención de permisos de conducción (PMC) Tipo C,C+E y D, a ejecutar en instalaciones del contratista», lote 1, expediente 2024/SP03038000/00000189, adjudicado el 26/06/2024 por 29.000,00 €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15/06/2024 a 15/12/2024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