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CONTROL Y PERITACIONES MEDICAS SL</w:t>
      </w:r>
    </w:p>
    <w:p>
      <w:r>
        <w:t>NIF B91234716.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