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CONSTRU OLIMPIC,SA</w:t>
      </w:r>
    </w:p>
    <w:p>
      <w:r>
        <w:t>NIF A58506841. Contratos públicos adjudicados en los cinco últimos años (obras), del 30/10/2021 al 30/10/2026,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“refuerzo de la estructura de las juntas de dilatación de la planta primera de la terminal marítima norte del puerto de Barcelona”. Código de expediente: 2024I070026. Ref. Servicio de Contratación: 2025-00017. · exp. 2025-00017</w:t>
            </w:r>
          </w:p>
        </w:tc>
        <w:tc>
          <w:tcPr>
            <w:tcW w:type="dxa" w:w="1440"/>
          </w:tcPr>
          <w:p>
            <w:r>
              <w:t>Presidencia del Consejo de Administración de la Autoridad Portuaria de Barcelona (PORT DE BARCELONA) · NIF Q0867012G</w:t>
            </w:r>
          </w:p>
        </w:tc>
        <w:tc>
          <w:tcPr>
            <w:tcW w:type="dxa" w:w="1440"/>
          </w:tcPr>
          <w:p>
            <w:r>
              <w:t>57.700,00 €</w:t>
            </w:r>
          </w:p>
        </w:tc>
        <w:tc>
          <w:tcPr>
            <w:tcW w:type="dxa" w:w="1440"/>
          </w:tcPr>
          <w:p>
            <w:r>
              <w:t>11/07/2025</w:t>
            </w:r>
          </w:p>
        </w:tc>
        <w:tc>
          <w:tcPr>
            <w:tcW w:type="dxa" w:w="1440"/>
          </w:tcPr>
          <w:p>
            <w:r>
              <w:t>11/08/2025 – 11/11/2025</w:t>
            </w:r>
          </w:p>
        </w:tc>
        <w:tc>
          <w:tcPr>
            <w:tcW w:type="dxa" w:w="1440"/>
          </w:tcPr>
          <w:p>
            <w:r>
              <w:rPr>
                <w:highlight w:val="yellow"/>
              </w:rPr>
              <w:t>rellenar</w:t>
            </w:r>
          </w:p>
        </w:tc>
      </w:tr>
    </w:tbl>
    <w:p/>
    <w:p>
      <w:r>
        <w:rPr>
          <w:b/>
        </w:rPr>
        <w:t>Importe adjudicado en el periodo: 57.700,00 €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Presidencia del Consejo de Administración de la Autoridad Portuaria de Barcelona (PORT DE BARCELONA) (NIF Q0867012G)</w:t>
      </w:r>
    </w:p>
    <w:p>
      <w:r>
        <w:t xml:space="preserve">CONSTRU OLIMPIC,SA, con NIF A58506841, adjudicataria del contrato «Contrato de “refuerzo de la estructura de las juntas de dilatación de la planta primera de la terminal marítima norte del puerto de Barcelona”. Código de expediente: 2024I070026. Ref. Servicio de Contratación: 2025-00017.», expediente 2025-00017, adjudicado el 11/07/2025 por 57.700,00 €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11/08/2025 a 11/11/2025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