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ERVACION Y SERVICIOS, S.A.</w:t>
      </w:r>
    </w:p>
    <w:p>
      <w:r>
        <w:t>NIF A0885277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