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ERVACION Y SERVICIOS, S.A.</w:t>
      </w:r>
    </w:p>
    <w:p>
      <w:r>
        <w:t>NIF A08852774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