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COMUNIDAD LLAR DE PAU, HIJAS DE LA CARIDAD DE SAN VICENTE DE PAUL</w:t>
      </w:r>
    </w:p>
    <w:p>
      <w:r>
        <w:t>NIF R5800615F.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