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COMUNICA 2 SOLUCIONES EN COMUNICACION Y PUBLICIDAD SL</w:t>
      </w:r>
    </w:p>
    <w:p>
      <w:r>
        <w:t>NIF B97881569.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