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Compsi Servicios CEE S.L.</w:t>
      </w:r>
    </w:p>
    <w:p>
      <w:r>
        <w:t>NIF B35812494.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