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Compsi Servicios CEE S.L.</w:t>
      </w:r>
    </w:p>
    <w:p>
      <w:r>
        <w:t>NIF B35812494.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limpieza del Centro de rehabilitación Psicosocial-Centro Ocupacional del Municipio de Gáldar, reservándose la adjudicación a Centros especiales de empleo en aplicación de la Disposición Adicional Cuarta de la ley 9/2017, de 8 de noviembre, de Contratos del Sector Público · exp. 10997/2024</w:t>
            </w:r>
          </w:p>
        </w:tc>
        <w:tc>
          <w:tcPr>
            <w:tcW w:type="dxa" w:w="1440"/>
          </w:tcPr>
          <w:p>
            <w:r>
              <w:t>Ayuntamiento de Gáldar · NIF P3500900J</w:t>
            </w:r>
          </w:p>
        </w:tc>
        <w:tc>
          <w:tcPr>
            <w:tcW w:type="dxa" w:w="1440"/>
          </w:tcPr>
          <w:p>
            <w:r>
              <w:t>5.437,14 €</w:t>
            </w:r>
          </w:p>
        </w:tc>
        <w:tc>
          <w:tcPr>
            <w:tcW w:type="dxa" w:w="1440"/>
          </w:tcPr>
          <w:p>
            <w:r>
              <w:t>23/09/2024</w:t>
            </w:r>
          </w:p>
        </w:tc>
        <w:tc>
          <w:tcPr>
            <w:tcW w:type="dxa" w:w="1440"/>
          </w:tcPr>
          <w:p>
            <w:r>
              <w:t>23/10/2024 – 23/10/2025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5.437,14 €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Gáldar (NIF P3500900J)</w:t>
      </w:r>
    </w:p>
    <w:p>
      <w:r>
        <w:t xml:space="preserve">Compsi Servicios CEE S.L., con NIF B35812494, adjudicataria del contrato «Servicio de limpieza del Centro de rehabilitación Psicosocial-Centro Ocupacional del Municipio de Gáldar, reservándose la adjudicación a Centros especiales de empleo en aplicación de la Disposición Adicional Cuarta de la ley 9/2017, de 8 de noviembre, de Contratos del Sector Público», expediente 10997/2024, adjudicado el 23/09/2024 por 5.437,14 €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23/10/2024 a 23/10/2025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