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COMPLEMENTOS HOSTELEROS Y SANITARIOS, SL</w:t>
      </w:r>
    </w:p>
    <w:p>
      <w:r>
        <w:t>NIF B59155747.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