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COMPLEMENTOS HOSTELEROS Y SANITARIOS, SL</w:t>
      </w:r>
    </w:p>
    <w:p>
      <w:r>
        <w:t>NIF B59155747.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Subministrament i instal·lació de diversos equipaments d’infermeria per al Bloc Quirúrgic de l’Hospital de Traumatologia, Quiròfan Q31 de l’Hospital Universitari Vall d’Hebron (HUVH) (lote 2) · exp. CS/AH01/1101469191/26/PS</w:t>
            </w:r>
          </w:p>
        </w:tc>
        <w:tc>
          <w:tcPr>
            <w:tcW w:type="dxa" w:w="1440"/>
          </w:tcPr>
          <w:p>
            <w:r>
              <w:t>ICS - Gerència de compres</w:t>
            </w:r>
          </w:p>
        </w:tc>
        <w:tc>
          <w:tcPr>
            <w:tcW w:type="dxa" w:w="1440"/>
          </w:tcPr>
          <w:p>
            <w:r>
              <w:t>756,00 €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09/07/2026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carros per al sistema d’extraccions d’analítiques (per a la implantació de l’entorn CodeSystem) · exp. 25EX31416</w:t>
            </w:r>
          </w:p>
        </w:tc>
        <w:tc>
          <w:tcPr>
            <w:tcW w:type="dxa" w:w="1440"/>
          </w:tcPr>
          <w:p>
            <w:r>
              <w:t>Consorci Corporació Sanitària Parc Taulí de Sabadell</w:t>
            </w:r>
          </w:p>
        </w:tc>
        <w:tc>
          <w:tcPr>
            <w:tcW w:type="dxa" w:w="1440"/>
          </w:tcPr>
          <w:p>
            <w:r>
              <w:t>29.440,00 €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25/11/2025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 de mobiliari divers per als centres del Consorci Sanitari Integral (lote 6) · exp. CSI2025084</w:t>
            </w:r>
          </w:p>
        </w:tc>
        <w:tc>
          <w:tcPr>
            <w:tcW w:type="dxa" w:w="1440"/>
          </w:tcPr>
          <w:p>
            <w:r>
              <w:t>Consorci Sanitari Integral</w:t>
            </w:r>
          </w:p>
        </w:tc>
        <w:tc>
          <w:tcPr>
            <w:tcW w:type="dxa" w:w="1440"/>
          </w:tcPr>
          <w:p>
            <w:r>
              <w:t>9.382,50 €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16/02/2026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 de complements per a diversos centres assistencials SISCAT (lote 3) · exp. SCS-2025-425</w:t>
            </w:r>
          </w:p>
        </w:tc>
        <w:tc>
          <w:tcPr>
            <w:tcW w:type="dxa" w:w="1440"/>
          </w:tcPr>
          <w:p>
            <w:r>
              <w:t>Servei Català de la Salut (CatSalut)</w:t>
            </w:r>
          </w:p>
        </w:tc>
        <w:tc>
          <w:tcPr>
            <w:tcW w:type="dxa" w:w="1440"/>
          </w:tcPr>
          <w:p>
            <w:r>
              <w:t>1.197,00 €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23/09/2025 – 23/12/2025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 de complements per a diversos centres assistencials SISCAT (lote 8) · exp. SCS-2025-425</w:t>
            </w:r>
          </w:p>
        </w:tc>
        <w:tc>
          <w:tcPr>
            <w:tcW w:type="dxa" w:w="1440"/>
          </w:tcPr>
          <w:p>
            <w:r>
              <w:t>Servei Català de la Salut (CatSalut)</w:t>
            </w:r>
          </w:p>
        </w:tc>
        <w:tc>
          <w:tcPr>
            <w:tcW w:type="dxa" w:w="1440"/>
          </w:tcPr>
          <w:p>
            <w:r>
              <w:t>2.939,00 €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23/09/2025 – 23/12/2025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per al subministrament de complements (complements generals, papereres i penjadors, hoteleria) per a CAPs i altres centres assistencials (lote 1) · exp. SCS-2025-249</w:t>
            </w:r>
          </w:p>
        </w:tc>
        <w:tc>
          <w:tcPr>
            <w:tcW w:type="dxa" w:w="1440"/>
          </w:tcPr>
          <w:p>
            <w:r>
              <w:t>Servei Català de la Salut (CatSalut)</w:t>
            </w:r>
          </w:p>
        </w:tc>
        <w:tc>
          <w:tcPr>
            <w:tcW w:type="dxa" w:w="1440"/>
          </w:tcPr>
          <w:p>
            <w:r>
              <w:t>88.525,00 €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09/09/2025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per al subministrament de complements (complements generals, papereres i penjadors, hoteleria) per a CAPs i altres centres assistencials (lote 2) · exp. SCS-2025-249</w:t>
            </w:r>
          </w:p>
        </w:tc>
        <w:tc>
          <w:tcPr>
            <w:tcW w:type="dxa" w:w="1440"/>
          </w:tcPr>
          <w:p>
            <w:r>
              <w:t>Servei Català de la Salut (CatSalut)</w:t>
            </w:r>
          </w:p>
        </w:tc>
        <w:tc>
          <w:tcPr>
            <w:tcW w:type="dxa" w:w="1440"/>
          </w:tcPr>
          <w:p>
            <w:r>
              <w:t>92.100,00 €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09/09/2025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per al subministrament de complements (carros, complements WC, papereres I escales, complements administratius) per a CAPs i altres centres assistencials dependents del CatSalut (lote 1) · exp. SCS-2025-70</w:t>
            </w:r>
          </w:p>
        </w:tc>
        <w:tc>
          <w:tcPr>
            <w:tcW w:type="dxa" w:w="1440"/>
          </w:tcPr>
          <w:p>
            <w:r>
              <w:t>Servei Català de la Salut (CatSalut)</w:t>
            </w:r>
          </w:p>
        </w:tc>
        <w:tc>
          <w:tcPr>
            <w:tcW w:type="dxa" w:w="1440"/>
          </w:tcPr>
          <w:p>
            <w:r>
              <w:t>165.170,00 €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01/09/2025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 d'equipament mèdic i clínic divers destinat al Bloc Quirúrgic de l'Hospital Universitari Josep Trueta (lote 3) · exp. SCS-2024-569</w:t>
            </w:r>
          </w:p>
        </w:tc>
        <w:tc>
          <w:tcPr>
            <w:tcW w:type="dxa" w:w="1440"/>
          </w:tcPr>
          <w:p>
            <w:r>
              <w:t>Servei Català de la Salut (CatSalut)</w:t>
            </w:r>
          </w:p>
        </w:tc>
        <w:tc>
          <w:tcPr>
            <w:tcW w:type="dxa" w:w="1440"/>
          </w:tcPr>
          <w:p>
            <w:r>
              <w:t>8.779,16 €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09/10/2024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 de mobiliari, electrodomèstics i altre equipament (lote 1) · exp. ACM 24/585</w:t>
            </w:r>
          </w:p>
        </w:tc>
        <w:tc>
          <w:tcPr>
            <w:tcW w:type="dxa" w:w="1440"/>
          </w:tcPr>
          <w:p>
            <w:r>
              <w:t>Fundació de Gestió Sanitària de l'Hospital de la Santa Creu i Sant Pau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25/11/2024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 de mobiliari, electrodomèstics i altre equipament (lote 14) · exp. ACM 24/585</w:t>
            </w:r>
          </w:p>
        </w:tc>
        <w:tc>
          <w:tcPr>
            <w:tcW w:type="dxa" w:w="1440"/>
          </w:tcPr>
          <w:p>
            <w:r>
              <w:t>Fundació de Gestió Sanitària de l'Hospital de la Santa Creu i Sant Pau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25/11/2024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 de mobiliari, electrodomèstics i altre equipament (lote 5) · exp. ACM 24/585</w:t>
            </w:r>
          </w:p>
        </w:tc>
        <w:tc>
          <w:tcPr>
            <w:tcW w:type="dxa" w:w="1440"/>
          </w:tcPr>
          <w:p>
            <w:r>
              <w:t>Fundació de Gestió Sanitària de l'Hospital de la Santa Creu i Sant Pau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25/11/2024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 de mobiliari, electrodomèstics i altre equipament (lote 6) · exp. ACM 24/585</w:t>
            </w:r>
          </w:p>
        </w:tc>
        <w:tc>
          <w:tcPr>
            <w:tcW w:type="dxa" w:w="1440"/>
          </w:tcPr>
          <w:p>
            <w:r>
              <w:t>Fundació de Gestió Sanitària de l'Hospital de la Santa Creu i Sant Pau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25/11/2024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per al subministrament de carros per a la dispensació de medicaments mitjançant sistema unidosi destinats a diversos centres del SISCAT (lote 1) · exp. SCS-2023-191</w:t>
            </w:r>
          </w:p>
        </w:tc>
        <w:tc>
          <w:tcPr>
            <w:tcW w:type="dxa" w:w="1440"/>
          </w:tcPr>
          <w:p>
            <w:r>
              <w:t>Servei Català de la Salut (CatSalut)</w:t>
            </w:r>
          </w:p>
        </w:tc>
        <w:tc>
          <w:tcPr>
            <w:tcW w:type="dxa" w:w="1440"/>
          </w:tcPr>
          <w:p>
            <w:r>
              <w:t>10.360,37 €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06/03/2024 – 05/03/2026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 d'equipament d'infermeria per a l'àrea d'hospitalització de la Cinquena planta de l'Hospital Infantil i de la Dona de l'Hospital Universitari Vall d'Hebron (lote 3) · exp. CS/AH01/1101327960/23/PO</w:t>
            </w:r>
          </w:p>
        </w:tc>
        <w:tc>
          <w:tcPr>
            <w:tcW w:type="dxa" w:w="1440"/>
          </w:tcPr>
          <w:p>
            <w:r>
              <w:t>Institut Català de la Salut (ICS)</w:t>
            </w:r>
          </w:p>
        </w:tc>
        <w:tc>
          <w:tcPr>
            <w:tcW w:type="dxa" w:w="1440"/>
          </w:tcPr>
          <w:p>
            <w:r>
              <w:t>8.492,00 €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27/06/2023 – 31/12/2023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 i instal·lació d'equipament i mobiliari clínic divers pels centres del Consorci Sanitari Integral (lote 5) · exp. CSI2022098</w:t>
            </w:r>
          </w:p>
        </w:tc>
        <w:tc>
          <w:tcPr>
            <w:tcW w:type="dxa" w:w="1440"/>
          </w:tcPr>
          <w:p>
            <w:r>
              <w:t>Consorci Sanitari Integral</w:t>
            </w:r>
          </w:p>
        </w:tc>
        <w:tc>
          <w:tcPr>
            <w:tcW w:type="dxa" w:w="1440"/>
          </w:tcPr>
          <w:p>
            <w:r>
              <w:t>5.859,00 €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15/06/2023 – 14/06/2025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de subministrament de mobiliari clínic, mobiliari d'oficina i altre mobiliari i electrodomèstics (lote 10) · exp. ACM 22/614</w:t>
            </w:r>
          </w:p>
        </w:tc>
        <w:tc>
          <w:tcPr>
            <w:tcW w:type="dxa" w:w="1440"/>
          </w:tcPr>
          <w:p>
            <w:r>
              <w:t>Fundació de Gestió Sanitària de l'Hospital de la Santa Creu i Sant Pau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17/03/2023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de subministrament de mobiliari clínic, mobiliari d'oficina i altre mobiliari i electrodomèstics (lote 14) · exp. ACM 22/614</w:t>
            </w:r>
          </w:p>
        </w:tc>
        <w:tc>
          <w:tcPr>
            <w:tcW w:type="dxa" w:w="1440"/>
          </w:tcPr>
          <w:p>
            <w:r>
              <w:t>Fundació de Gestió Sanitària de l'Hospital de la Santa Creu i Sant Pau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17/03/2023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de subministrament de mobiliari clínic, mobiliari d'oficina i altre mobiliari i electrodomèstics (lote 15) · exp. ACM 22/614</w:t>
            </w:r>
          </w:p>
        </w:tc>
        <w:tc>
          <w:tcPr>
            <w:tcW w:type="dxa" w:w="1440"/>
          </w:tcPr>
          <w:p>
            <w:r>
              <w:t>Fundació de Gestió Sanitària de l'Hospital de la Santa Creu i Sant Pau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17/03/2023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de subministrament de mobiliari clínic, mobiliari d'oficina i altre mobiliari i electrodomèstics (lote 16) · exp. ACM 22/614</w:t>
            </w:r>
          </w:p>
        </w:tc>
        <w:tc>
          <w:tcPr>
            <w:tcW w:type="dxa" w:w="1440"/>
          </w:tcPr>
          <w:p>
            <w:r>
              <w:t>Fundació de Gestió Sanitària de l'Hospital de la Santa Creu i Sant Pau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17/03/2023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de subministrament de mobiliari clínic, mobiliari d'oficina i altre mobiliari i electrodomèstics (lote 22) · exp. ACM 22/614</w:t>
            </w:r>
          </w:p>
        </w:tc>
        <w:tc>
          <w:tcPr>
            <w:tcW w:type="dxa" w:w="1440"/>
          </w:tcPr>
          <w:p>
            <w:r>
              <w:t>Fundació de Gestió Sanitària de l'Hospital de la Santa Creu i Sant Pau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17/03/2023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de subministrament de mobiliari clínic, mobiliari d'oficina i altre mobiliari i electrodomèstics (lote 5) · exp. ACM 22/614</w:t>
            </w:r>
          </w:p>
        </w:tc>
        <w:tc>
          <w:tcPr>
            <w:tcW w:type="dxa" w:w="1440"/>
          </w:tcPr>
          <w:p>
            <w:r>
              <w:t>Fundació de Gestió Sanitària de l'Hospital de la Santa Creu i Sant Pau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17/03/2023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423.000,03 € sin IVA, en 22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ICS - Gerència de compres</w:t>
      </w:r>
    </w:p>
    <w:p>
      <w:r>
        <w:t xml:space="preserve">COMPLEMENTOS HOSTELEROS Y SANITARIOS, SL, con NIF B59155747, adjudicataria del contrato «Subministrament i instal·lació de diversos equipaments d’infermeria per al Bloc Quirúrgic de l’Hospital de Traumatologia, Quiròfan Q31 de l’Hospital Universitari Vall d’Hebron (HUVH)», lote 2, expediente CS/AH01/1101469191/26/PS, adjudicado el …… por 756,00 €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09/07/2026 a 31/12/2026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Corporació Sanitària Parc Taulí de Sabadell</w:t>
      </w:r>
    </w:p>
    <w:p>
      <w:r>
        <w:t xml:space="preserve">COMPLEMENTOS HOSTELEROS Y SANITARIOS, SL, con NIF B59155747, adjudicataria del contrato «carros per al sistema d’extraccions d’analítiques (per a la implantació de l’entorn CodeSystem)», expediente 25EX31416, adjudicado el …… por 29.440,00 €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25/11/2025 a 25/11/2026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Sanitari Integral</w:t>
      </w:r>
    </w:p>
    <w:p>
      <w:r>
        <w:t xml:space="preserve">COMPLEMENTOS HOSTELEROS Y SANITARIOS, SL, con NIF B59155747, adjudicataria del contrato «Subministrament de mobiliari divers per als centres del Consorci Sanitari Integral», lote 6, expediente CSI2025084, adjudicado el …… por 9.382,50 €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16/02/2026 a 16/02/2029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Servei Català de la Salut (CatSalut)</w:t>
      </w:r>
    </w:p>
    <w:p>
      <w:r>
        <w:t xml:space="preserve">COMPLEMENTOS HOSTELEROS Y SANITARIOS, SL, con NIF B59155747, adjudicataria del contrato «Subministrament de complements per a diversos centres assistencials SISCAT», lote 3, expediente SCS-2025-425, adjudicado el …… por 1.197,00 €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23/09/2025 a 23/12/2025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Servei Català de la Salut (CatSalut)</w:t>
      </w:r>
    </w:p>
    <w:p>
      <w:r>
        <w:t xml:space="preserve">COMPLEMENTOS HOSTELEROS Y SANITARIOS, SL, con NIF B59155747, adjudicataria del contrato «Subministrament de complements per a diversos centres assistencials SISCAT», lote 8, expediente SCS-2025-425, adjudicado el …… por 2.939,00 €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23/09/2025 a 23/12/2025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Servei Català de la Salut (CatSalut)</w:t>
      </w:r>
    </w:p>
    <w:p>
      <w:r>
        <w:t xml:space="preserve">COMPLEMENTOS HOSTELEROS Y SANITARIOS, SL, con NIF B59155747, adjudicataria del contrato «Acord marc per al subministrament de complements (complements generals, papereres i penjadors, hoteleria) per a CAPs i altres centres assistencials», lote 1, expediente SCS-2025-249, adjudicado el …… por 88.525,00 €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09/09/2025 a 09/09/2027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Servei Català de la Salut (CatSalut)</w:t>
      </w:r>
    </w:p>
    <w:p>
      <w:r>
        <w:t xml:space="preserve">COMPLEMENTOS HOSTELEROS Y SANITARIOS, SL, con NIF B59155747, adjudicataria del contrato «Acord marc per al subministrament de complements (complements generals, papereres i penjadors, hoteleria) per a CAPs i altres centres assistencials», lote 2, expediente SCS-2025-249, adjudicado el …… por 92.100,00 €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09/09/2025 a 09/09/2027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Servei Català de la Salut (CatSalut)</w:t>
      </w:r>
    </w:p>
    <w:p>
      <w:r>
        <w:t xml:space="preserve">COMPLEMENTOS HOSTELEROS Y SANITARIOS, SL, con NIF B59155747, adjudicataria del contrato «Acord marc per al subministrament de complements (carros, complements WC, papereres I escales, complements administratius) per a CAPs i altres centres assistencials dependents del CatSalut», lote 1, expediente SCS-2025-70, adjudicado el …… por 165.170,00 €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01/09/2025 a 01/09/2027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Servei Català de la Salut (CatSalut)</w:t>
      </w:r>
    </w:p>
    <w:p>
      <w:r>
        <w:t xml:space="preserve">COMPLEMENTOS HOSTELEROS Y SANITARIOS, SL, con NIF B59155747, adjudicataria del contrato «Subministrament d'equipament mèdic i clínic divers destinat al Bloc Quirúrgic de l'Hospital Universitari Josep Trueta», lote 3, expediente SCS-2024-569, adjudicado el …… por 8.779,16 €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09/10/2024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 de Gestió Sanitària de l'Hospital de la Santa Creu i Sant Pau</w:t>
      </w:r>
    </w:p>
    <w:p>
      <w:r>
        <w:t xml:space="preserve">COMPLEMENTOS HOSTELEROS Y SANITARIOS, SL, con NIF B59155747, adjudicataria del contrato «subministrament de mobiliari, electrodomèstics i altre equipament», lote 1, expediente ACM 24/585,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25/11/2024 a 25/11/2026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 de Gestió Sanitària de l'Hospital de la Santa Creu i Sant Pau</w:t>
      </w:r>
    </w:p>
    <w:p>
      <w:r>
        <w:t xml:space="preserve">COMPLEMENTOS HOSTELEROS Y SANITARIOS, SL, con NIF B59155747, adjudicataria del contrato «subministrament de mobiliari, electrodomèstics i altre equipament», lote 14, expediente ACM 24/585,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25/11/2024 a 25/11/2026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 de Gestió Sanitària de l'Hospital de la Santa Creu i Sant Pau</w:t>
      </w:r>
    </w:p>
    <w:p>
      <w:r>
        <w:t xml:space="preserve">COMPLEMENTOS HOSTELEROS Y SANITARIOS, SL, con NIF B59155747, adjudicataria del contrato «subministrament de mobiliari, electrodomèstics i altre equipament», lote 5, expediente ACM 24/585,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25/11/2024 a 25/11/2026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 de Gestió Sanitària de l'Hospital de la Santa Creu i Sant Pau</w:t>
      </w:r>
    </w:p>
    <w:p>
      <w:r>
        <w:t xml:space="preserve">COMPLEMENTOS HOSTELEROS Y SANITARIOS, SL, con NIF B59155747, adjudicataria del contrato «subministrament de mobiliari, electrodomèstics i altre equipament», lote 6, expediente ACM 24/585,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25/11/2024 a 25/11/2026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Servei Català de la Salut (CatSalut)</w:t>
      </w:r>
    </w:p>
    <w:p>
      <w:r>
        <w:t xml:space="preserve">COMPLEMENTOS HOSTELEROS Y SANITARIOS, SL, con NIF B59155747, adjudicataria del contrato «Acord Marc per al subministrament de carros per a la dispensació de medicaments mitjançant sistema unidosi destinats a diversos centres del SISCAT», lote 1, expediente SCS-2023-191, adjudicado el …… por 10.360,37 €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06/03/2024 a 05/03/2026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 Català de la Salut (ICS)</w:t>
      </w:r>
    </w:p>
    <w:p>
      <w:r>
        <w:t xml:space="preserve">COMPLEMENTOS HOSTELEROS Y SANITARIOS, SL, con NIF B59155747, adjudicataria del contrato «Subministrament d'equipament d'infermeria per a l'àrea d'hospitalització de la Cinquena planta de l'Hospital Infantil i de la Dona de l'Hospital Universitari Vall d'Hebron», lote 3, expediente CS/AH01/1101327960/23/PO, adjudicado el …… por 8.492,00 €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27/06/2023 a 31/12/2023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Sanitari Integral</w:t>
      </w:r>
    </w:p>
    <w:p>
      <w:r>
        <w:t xml:space="preserve">COMPLEMENTOS HOSTELEROS Y SANITARIOS, SL, con NIF B59155747, adjudicataria del contrato «Subministrament i instal·lació d'equipament i mobiliari clínic divers pels centres del Consorci Sanitari Integral», lote 5, expediente CSI2022098, adjudicado el …… por 5.859,00 €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15/06/2023 a 14/06/2025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 de Gestió Sanitària de l'Hospital de la Santa Creu i Sant Pau</w:t>
      </w:r>
    </w:p>
    <w:p>
      <w:r>
        <w:t xml:space="preserve">COMPLEMENTOS HOSTELEROS Y SANITARIOS, SL, con NIF B59155747, adjudicataria del contrato «Acord marc de subministrament de mobiliari clínic, mobiliari d'oficina i altre mobiliari i electrodomèstics», lote 10, expediente ACM 22/614,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17/03/2023 a 17/03/2027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 de Gestió Sanitària de l'Hospital de la Santa Creu i Sant Pau</w:t>
      </w:r>
    </w:p>
    <w:p>
      <w:r>
        <w:t xml:space="preserve">COMPLEMENTOS HOSTELEROS Y SANITARIOS, SL, con NIF B59155747, adjudicataria del contrato «Acord marc de subministrament de mobiliari clínic, mobiliari d'oficina i altre mobiliari i electrodomèstics», lote 14, expediente ACM 22/614,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17/03/2023 a 17/03/2027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 de Gestió Sanitària de l'Hospital de la Santa Creu i Sant Pau</w:t>
      </w:r>
    </w:p>
    <w:p>
      <w:r>
        <w:t xml:space="preserve">COMPLEMENTOS HOSTELEROS Y SANITARIOS, SL, con NIF B59155747, adjudicataria del contrato «Acord marc de subministrament de mobiliari clínic, mobiliari d'oficina i altre mobiliari i electrodomèstics», lote 15, expediente ACM 22/614,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17/03/2023 a 17/03/2027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 de Gestió Sanitària de l'Hospital de la Santa Creu i Sant Pau</w:t>
      </w:r>
    </w:p>
    <w:p>
      <w:r>
        <w:t xml:space="preserve">COMPLEMENTOS HOSTELEROS Y SANITARIOS, SL, con NIF B59155747, adjudicataria del contrato «Acord marc de subministrament de mobiliari clínic, mobiliari d'oficina i altre mobiliari i electrodomèstics», lote 16, expediente ACM 22/614,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17/03/2023 a 17/03/2027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 de Gestió Sanitària de l'Hospital de la Santa Creu i Sant Pau</w:t>
      </w:r>
    </w:p>
    <w:p>
      <w:r>
        <w:t xml:space="preserve">COMPLEMENTOS HOSTELEROS Y SANITARIOS, SL, con NIF B59155747, adjudicataria del contrato «Acord marc de subministrament de mobiliari clínic, mobiliari d'oficina i altre mobiliari i electrodomèstics», lote 22, expediente ACM 22/614,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17/03/2023 a 17/03/2027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 de Gestió Sanitària de l'Hospital de la Santa Creu i Sant Pau</w:t>
      </w:r>
    </w:p>
    <w:p>
      <w:r>
        <w:t xml:space="preserve">COMPLEMENTOS HOSTELEROS Y SANITARIOS, SL, con NIF B59155747, adjudicataria del contrato «Acord marc de subministrament de mobiliari clínic, mobiliari d'oficina i altre mobiliari i electrodomèstics», lote 5, expediente ACM 22/614,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17/03/2023 a 17/03/2027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