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COMISION CIUDADANA ANTI SIDA DE ALAVA</w:t>
      </w:r>
    </w:p>
    <w:p>
      <w:r>
        <w:t>NIF G01042670.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Programa de gestión de las viviendas tuteladas para personas en riesgo de exclusión (lote 573930) · exp. 2025/CO_ASER/0062</w:t>
            </w:r>
          </w:p>
        </w:tc>
        <w:tc>
          <w:tcPr>
            <w:tcW w:type="dxa" w:w="1440"/>
          </w:tcPr>
          <w:p>
            <w:r>
              <w:t>Ayuntamiento de Vitoria-Gasteiz-Concejal Delegado del Departamento de Políticas Sociales</w:t>
            </w:r>
          </w:p>
        </w:tc>
        <w:tc>
          <w:tcPr>
            <w:tcW w:type="dxa" w:w="1440"/>
          </w:tcPr>
          <w:p>
            <w:r>
              <w:t>364.664,00 €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de viviendas tuteladas para personas en riesgo de exclusión3 lotes (lote 551095) · exp. 2023/CO_ASER/0080</w:t>
            </w:r>
          </w:p>
        </w:tc>
        <w:tc>
          <w:tcPr>
            <w:tcW w:type="dxa" w:w="1440"/>
          </w:tcPr>
          <w:p>
            <w:r>
              <w:t>Ayuntamiento de Vitoria-Gasteiz-Junta de Gobierno Local</w:t>
            </w:r>
          </w:p>
        </w:tc>
        <w:tc>
          <w:tcPr>
            <w:tcW w:type="dxa" w:w="1440"/>
          </w:tcPr>
          <w:p>
            <w:r>
              <w:t>380.177,00 €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22/01/2025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de viviendas tuteladas para personas en riesgo de exclusión3 lotes (lote 551096) · exp. 2023/CO_ASER/0080</w:t>
            </w:r>
          </w:p>
        </w:tc>
        <w:tc>
          <w:tcPr>
            <w:tcW w:type="dxa" w:w="1440"/>
          </w:tcPr>
          <w:p>
            <w:r>
              <w:t>Ayuntamiento de Vitoria-Gasteiz-Junta de Gobierno Local</w:t>
            </w:r>
          </w:p>
        </w:tc>
        <w:tc>
          <w:tcPr>
            <w:tcW w:type="dxa" w:w="1440"/>
          </w:tcPr>
          <w:p>
            <w:r>
              <w:t>380.546,00 €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22/01/2025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1.125.387,00 €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Vitoria-Gasteiz-Concejal Delegado del Departamento de Políticas Sociales</w:t>
      </w:r>
    </w:p>
    <w:p>
      <w:r>
        <w:t xml:space="preserve">COMISION CIUDADANA ANTI SIDA DE ALAVA, con NIF G01042670, adjudicataria del contrato «Programa de gestión de las viviendas tuteladas para personas en riesgo de exclusión», lote 573930, expediente 2025/CO_ASER/0062, adjudicado el …… por 364.664,00 €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28/11/2025 a 28/11/2026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Vitoria-Gasteiz-Junta de Gobierno Local</w:t>
      </w:r>
    </w:p>
    <w:p>
      <w:r>
        <w:t xml:space="preserve">COMISION CIUDADANA ANTI SIDA DE ALAVA, con NIF G01042670, adjudicataria del contrato «Gestión de viviendas tuteladas para personas en riesgo de exclusión3 lotes», lote 551095, expediente 2023/CO_ASER/0080, adjudicado el …… por 380.177,00 €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22/01/2025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Vitoria-Gasteiz-Junta de Gobierno Local</w:t>
      </w:r>
    </w:p>
    <w:p>
      <w:r>
        <w:t xml:space="preserve">COMISION CIUDADANA ANTI SIDA DE ALAVA, con NIF G01042670, adjudicataria del contrato «Gestión de viviendas tuteladas para personas en riesgo de exclusión3 lotes», lote 551096, expediente 2023/CO_ASER/0080, adjudicado el …… por 380.546,00 €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22/01/2025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