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COMISION CIUDADANA ANTI SIDA DE ALAVA</w:t>
      </w:r>
    </w:p>
    <w:p>
      <w:r>
        <w:t>NIF G01042670.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