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LWAY INDUSTRIAL, S.L.</w:t>
      </w:r>
    </w:p>
    <w:p>
      <w:r>
        <w:t>NIF B8560492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