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LWAY INDUSTRIAL, S.L.</w:t>
      </w:r>
    </w:p>
    <w:p>
      <w:r>
        <w:t>NIF B85604924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