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Requena Spin Tenis de Mesa</w:t>
      </w:r>
    </w:p>
    <w:p>
      <w:r>
        <w:t>NIF G10677557.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