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Clinica Oftalmologica Losada, SL</w:t>
      </w:r>
    </w:p>
    <w:p>
      <w:r>
        <w:t>NIF B32172645. Contratos públicos adjudicados en los tres últimos años (servicios), del 03/11/2023 al 03/11/2026,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Contratación del servicio de la especialidad de oftalmología en la población de Orense · exp. 029-2024-0474</w:t>
            </w:r>
          </w:p>
        </w:tc>
        <w:tc>
          <w:tcPr>
            <w:tcW w:type="dxa" w:w="1440"/>
          </w:tcPr>
          <w:p>
            <w:r>
              <w:t>Mutua Universal Mugenat, Mutua Colaboradora con la Seguridad Social nº 10 · NIF G08242463</w:t>
            </w:r>
          </w:p>
        </w:tc>
        <w:tc>
          <w:tcPr>
            <w:tcW w:type="dxa" w:w="1440"/>
          </w:tcPr>
          <w:p>
            <w:r>
              <w:t>5.900,00 €</w:t>
            </w:r>
          </w:p>
        </w:tc>
        <w:tc>
          <w:tcPr>
            <w:tcW w:type="dxa" w:w="1440"/>
          </w:tcPr>
          <w:p>
            <w:r>
              <w:t>07/02/2025</w:t>
            </w:r>
          </w:p>
        </w:tc>
        <w:tc>
          <w:tcPr>
            <w:tcW w:type="dxa" w:w="1440"/>
          </w:tcPr>
          <w:p>
            <w:r>
              <w:t>01/03/2025 – 01/03/2026</w:t>
            </w:r>
          </w:p>
        </w:tc>
        <w:tc>
          <w:tcPr>
            <w:tcW w:type="dxa" w:w="1440"/>
          </w:tcPr>
          <w:p>
            <w:r>
              <w:rPr>
                <w:highlight w:val="yellow"/>
              </w:rPr>
              <w:t>rellenar</w:t>
            </w:r>
          </w:p>
        </w:tc>
      </w:tr>
      <w:tr>
        <w:tc>
          <w:tcPr>
            <w:tcW w:type="dxa" w:w="1440"/>
          </w:tcPr>
          <w:p>
            <w:r>
              <w:t>Asistencia sanitaria ambulatoria en la especialidad de Oftalmología en Ourense · exp. SP00303/2023</w:t>
            </w:r>
          </w:p>
        </w:tc>
        <w:tc>
          <w:tcPr>
            <w:tcW w:type="dxa" w:w="1440"/>
          </w:tcPr>
          <w:p>
            <w:r>
              <w:t>Subdirección General Sanitaria de ASEPEYO. Mutua Colaboradora con la Seguridad Social. num. 151 · NIF G08215824</w:t>
            </w:r>
          </w:p>
        </w:tc>
        <w:tc>
          <w:tcPr>
            <w:tcW w:type="dxa" w:w="1440"/>
          </w:tcPr>
          <w:p>
            <w:r>
              <w:t>10.785,00 €</w:t>
            </w:r>
          </w:p>
        </w:tc>
        <w:tc>
          <w:tcPr>
            <w:tcW w:type="dxa" w:w="1440"/>
          </w:tcPr>
          <w:p>
            <w:r>
              <w:t>20/06/2024</w:t>
            </w:r>
          </w:p>
        </w:tc>
        <w:tc>
          <w:tcPr>
            <w:tcW w:type="dxa" w:w="1440"/>
          </w:tcPr>
          <w:p>
            <w:r>
              <w:t>20/07/2024 – 20/07/2025</w:t>
            </w:r>
          </w:p>
        </w:tc>
        <w:tc>
          <w:tcPr>
            <w:tcW w:type="dxa" w:w="1440"/>
          </w:tcPr>
          <w:p>
            <w:r>
              <w:rPr>
                <w:highlight w:val="yellow"/>
              </w:rPr>
              <w:t>rellenar</w:t>
            </w:r>
          </w:p>
        </w:tc>
      </w:tr>
      <w:tr>
        <w:tc>
          <w:tcPr>
            <w:tcW w:type="dxa" w:w="1440"/>
          </w:tcPr>
          <w:p>
            <w:r>
              <w:t>Contratación del servicio de Asistencia Sanitaria Especializada en la Comunidad Autónoma de Galicia para FREMAP, Mutua Colaboradora con la Seguridad Social nº 61 (lote 14) · exp. LICT/99/139/2023/0104</w:t>
            </w:r>
          </w:p>
        </w:tc>
        <w:tc>
          <w:tcPr>
            <w:tcW w:type="dxa" w:w="1440"/>
          </w:tcPr>
          <w:p>
            <w:r>
              <w:t>Director Gerente de FREMAP · NIF G28207017</w:t>
            </w:r>
          </w:p>
        </w:tc>
        <w:tc>
          <w:tcPr>
            <w:tcW w:type="dxa" w:w="1440"/>
          </w:tcPr>
          <w:p>
            <w:r>
              <w:t>55.110,00 €</w:t>
            </w:r>
          </w:p>
        </w:tc>
        <w:tc>
          <w:tcPr>
            <w:tcW w:type="dxa" w:w="1440"/>
          </w:tcPr>
          <w:p>
            <w:r>
              <w:t>23/05/2024</w:t>
            </w:r>
          </w:p>
        </w:tc>
        <w:tc>
          <w:tcPr>
            <w:tcW w:type="dxa" w:w="1440"/>
          </w:tcPr>
          <w:p>
            <w:r>
              <w:t>01/07/2024 – en curso</w:t>
            </w:r>
          </w:p>
        </w:tc>
        <w:tc>
          <w:tcPr>
            <w:tcW w:type="dxa" w:w="1440"/>
          </w:tcPr>
          <w:p>
            <w:r>
              <w:rPr>
                <w:highlight w:val="yellow"/>
              </w:rPr>
              <w:t>rellenar</w:t>
            </w:r>
          </w:p>
        </w:tc>
      </w:tr>
    </w:tbl>
    <w:p/>
    <w:p>
      <w:r>
        <w:rPr>
          <w:b/>
        </w:rPr>
        <w:t>Importe adjudicado en el periodo: 71.795,00 €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Mutua Universal Mugenat, Mutua Colaboradora con la Seguridad Social nº 10 (NIF G08242463)</w:t>
      </w:r>
    </w:p>
    <w:p>
      <w:r>
        <w:t xml:space="preserve">Clinica Oftalmologica Losada, SL, con NIF B32172645, adjudicataria del contrato «Contratación del servicio de la especialidad de oftalmología en la población de Orense», expediente 029-2024-0474, adjudicado el 07/02/2025 por 5.900,00 €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01/03/2025 a 01/03/2026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Subdirección General Sanitaria de ASEPEYO. Mutua Colaboradora con la Seguridad Social. num. 151 (NIF G08215824)</w:t>
      </w:r>
    </w:p>
    <w:p>
      <w:r>
        <w:t xml:space="preserve">Clinica Oftalmologica Losada, SL, con NIF B32172645, adjudicataria del contrato «Asistencia sanitaria ambulatoria en la especialidad de Oftalmología en Ourense», expediente SP00303/2023, adjudicado el 20/06/2024 por 10.785,00 €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20/07/2024 a 20/07/2025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 Gerente de FREMAP (NIF G28207017)</w:t>
      </w:r>
    </w:p>
    <w:p>
      <w:r>
        <w:t xml:space="preserve">Clinica Oftalmologica Losada, SL, con NIF B32172645, adjudicataria del contrato «Contratación del servicio de Asistencia Sanitaria Especializada en la Comunidad Autónoma de Galicia para FREMAP, Mutua Colaboradora con la Seguridad Social nº 61», lote 14, expediente LICT/99/139/2023/0104, adjudicado el 23/05/2024 por 55.110,00 €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01/07/2024 a 01/07/2027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