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Clinica Oftalmologica Losada, SL</w:t>
      </w:r>
    </w:p>
    <w:p>
      <w:r>
        <w:t>NIF B32172645. Contratos públicos adjudicados en los tres últimos años (servicios), del 03/11/2023 al 03/11/2026,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