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ALAMEDA SOCIEDAD LIMITADA</w:t>
      </w:r>
    </w:p>
    <w:p>
      <w:r>
        <w:t>NIF B32034332.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con servicio de Fisioterapia hasta remisión a los servicios médicos propios de la Mutua- en la Comunidad Autónoma de Galicia para FREMAP, Mutua Colaboradora con la Seguridad Social nº 61 (lote 2) · exp. LICT/99/139/2025/0123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22.302,00 €</w:t>
            </w:r>
          </w:p>
        </w:tc>
        <w:tc>
          <w:tcPr>
            <w:tcW w:type="dxa" w:w="1440"/>
          </w:tcPr>
          <w:p>
            <w:r>
              <w:t>28/07/2026</w:t>
            </w:r>
          </w:p>
        </w:tc>
        <w:tc>
          <w:tcPr>
            <w:tcW w:type="dxa" w:w="1440"/>
          </w:tcPr>
          <w:p>
            <w:r>
              <w:t>01/10/2026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Urgencias, Asistencia Ambulatoria, Pruebas Diagnósticas y Fisioterapia en los Municipios de Lora del Río, Antequera en Andalucía; As Pontes de García Rodríguez, Ribeira, Vimianzo, Nigrán y O Carballiño en Galicia; Muro y Formentera en Islas Baleares; Leganés de Madrid; Águilas, Cieza y Puerto Lumbreras de Murcia. (lote 7) · exp. 2026/LIC/0013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2.839,61 €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01/07/2026 – 01/08/2026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Ambulatoria, Especialidades y Fisioterapia en el ámbito territorial de Carballiño (Ourense) y área de influencia · exp. N202300761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25.985,00 €</w:t>
            </w:r>
          </w:p>
        </w:tc>
        <w:tc>
          <w:tcPr>
            <w:tcW w:type="dxa" w:w="1440"/>
          </w:tcPr>
          <w:p>
            <w:r>
              <w:t>14/02/2024</w:t>
            </w:r>
          </w:p>
        </w:tc>
        <w:tc>
          <w:tcPr>
            <w:tcW w:type="dxa" w:w="1440"/>
          </w:tcPr>
          <w:p>
            <w:r>
              <w:t>14/03/2024 – 14/03/2026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asistencia ambulatoria y fisioterapia en centro ambulatorio a la población protegida de umivale Activa, Mutua Colaboradora con la Seguridad Social nº 3 y a los trabajadores autónomos adheridos en las localidades (distribución por lotes) de Monforte de Lemos (Lugo), O Carballino (Orense) (lote 2) · exp. SER-23-0522-OSA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40.200,00 €</w:t>
            </w:r>
          </w:p>
        </w:tc>
        <w:tc>
          <w:tcPr>
            <w:tcW w:type="dxa" w:w="1440"/>
          </w:tcPr>
          <w:p>
            <w:r>
              <w:t>27/12/2023</w:t>
            </w:r>
          </w:p>
        </w:tc>
        <w:tc>
          <w:tcPr>
            <w:tcW w:type="dxa" w:w="1440"/>
          </w:tcPr>
          <w:p>
            <w:r>
              <w:t>01/01/2024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con servicio de Fisioterapia hasta remisión a los servicios médicos propios de la Mutua- en el ámbito territorial de las Comunidades Autónomas de Castilla y León, Islas Baleares, Andalucía, Galicia, Murcia  (lote 9) · exp. LICT/99/139/2022/0057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7.200,00 €</w:t>
            </w:r>
          </w:p>
        </w:tc>
        <w:tc>
          <w:tcPr>
            <w:tcW w:type="dxa" w:w="1440"/>
          </w:tcPr>
          <w:p>
            <w:r>
              <w:t>09/01/2023</w:t>
            </w:r>
          </w:p>
        </w:tc>
        <w:tc>
          <w:tcPr>
            <w:tcW w:type="dxa" w:w="1440"/>
          </w:tcPr>
          <w:p>
            <w:r>
              <w:t>01/04/2023 – 01/04/2025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98.526,61 €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CLINICA ALAMEDA SOCIEDAD LIMITADA, con NIF B32034332, adjudicataria del contrato «Contratación del servicio de asistencia sanitaria ambulatoria -tratamiento inicial y sucesivo con servicio de Fisioterapia hasta remisión a los servicios médicos propios de la Mutua- en la Comunidad Autónoma de Galicia para FREMAP, Mutua Colaboradora con la Seguridad Social nº 61», lote 2, expediente LICT/99/139/2025/0123, adjudicado el 28/07/2026 por 22.302,00 €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01/10/2029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CLINICA ALAMEDA SOCIEDAD LIMITADA, con NIF B32034332, adjudicataria del contrato «Servicio de Urgencias, Asistencia Ambulatoria, Pruebas Diagnósticas y Fisioterapia en los Municipios de Lora del Río, Antequera en Andalucía; As Pontes de García Rodríguez, Ribeira, Vimianzo, Nigrán y O Carballiño en Galicia; Muro y Formentera en Islas Baleares; Leganés de Madrid; Águilas, Cieza y Puerto Lumbreras de Murcia.», lote 7, expediente 2026/LIC/0013, adjudicado el 05/06/2026 por 2.839,61 €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CLINICA ALAMEDA SOCIEDAD LIMITADA, con NIF B32034332, adjudicataria del contrato «Servicio de Asistencia Sanitaria Ambulatoria, Especialidades y Fisioterapia en el ámbito territorial de Carballiño (Ourense) y área de influencia», expediente N202300761, adjudicado el 14/02/2024 por 25.985,00 €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14/03/2024 a 14/03/2026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CLINICA ALAMEDA SOCIEDAD LIMITADA, con NIF B32034332, adjudicataria del contrato «Servicios de asistencia ambulatoria y fisioterapia en centro ambulatorio a la población protegida de umivale Activa, Mutua Colaboradora con la Seguridad Social nº 3 y a los trabajadores autónomos adheridos en las localidades (distribución por lotes) de Monforte de Lemos (Lugo), O Carballino (Orense)», lote 2, expediente SER-23-0522-OSA, adjudicado el 27/12/2023 por 40.200,00 €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CLINICA ALAMEDA SOCIEDAD LIMITADA, con NIF B32034332, adjudicataria del contrato «Contratación del servicio de asistencia sanitaria ambulatoria -tratamiento inicial y sucesivo con servicio de Fisioterapia hasta remisión a los servicios médicos propios de la Mutua- en el ámbito territorial de las Comunidades Autónomas de Castilla y León, Islas Baleares, Andalucía, Galicia, Murcia », lote 9, expediente LICT/99/139/2022/0057, adjudicado el 09/01/2023 por 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01/04/2023 a 01/04/2025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