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CLICK SOCIAL</w:t>
      </w:r>
    </w:p>
    <w:p>
      <w:r>
        <w:t>NIF B76770940.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del contrato será la realización del arrendamiento de un (1) vehículo para la Dirección General de Servicios Sociales eInmigración en la isla de Tenerife, perteneciente a la Consejería de Bienestar Social, Igualdad, Juventud, Infancia y Familia, conel fin de poder cubrir y satisfacer las n · exp. SUM/2026/0000096501</w:t>
            </w:r>
          </w:p>
        </w:tc>
        <w:tc>
          <w:tcPr>
            <w:tcW w:type="dxa" w:w="1440"/>
          </w:tcPr>
          <w:p>
            <w:r>
              <w:t>Dirección General de Servicios Sociales e Inmigración del Gobierno de Canarias · NIF S3511001D</w:t>
            </w:r>
          </w:p>
        </w:tc>
        <w:tc>
          <w:tcPr>
            <w:tcW w:type="dxa" w:w="1440"/>
          </w:tcPr>
          <w:p>
            <w:r>
              <w:t>22.429,91 €</w:t>
            </w:r>
          </w:p>
        </w:tc>
        <w:tc>
          <w:tcPr>
            <w:tcW w:type="dxa" w:w="1440"/>
          </w:tcPr>
          <w:p>
            <w:r>
              <w:t>18/09/2026</w:t>
            </w:r>
          </w:p>
        </w:tc>
        <w:tc>
          <w:tcPr>
            <w:tcW w:type="dxa" w:w="1440"/>
          </w:tcPr>
          <w:p>
            <w:r>
              <w:t>01/11/2026 – en curso</w:t>
            </w:r>
          </w:p>
        </w:tc>
        <w:tc>
          <w:tcPr>
            <w:tcW w:type="dxa" w:w="1440"/>
          </w:tcPr>
          <w:p>
            <w:r>
              <w:rPr>
                <w:highlight w:val="yellow"/>
              </w:rPr>
              <w:t>rellenar</w:t>
            </w:r>
          </w:p>
        </w:tc>
      </w:tr>
    </w:tbl>
    <w:p/>
    <w:p>
      <w:r>
        <w:rPr>
          <w:b/>
        </w:rPr>
        <w:t>Importe adjudicado en el periodo: 22.429,91 €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 Servicios Sociales e Inmigración del Gobierno de Canarias (NIF S3511001D)</w:t>
      </w:r>
    </w:p>
    <w:p>
      <w:r>
        <w:t xml:space="preserve">CLICK SOCIAL, con NIF B76770940, adjudicataria del contrato «El objeto del contrato será la realización del arrendamiento de un (1) vehículo para la Dirección General de Servicios Sociales eInmigración en la isla de Tenerife, perteneciente a la Consejería de Bienestar Social, Igualdad, Juventud, Infancia y Familia, conel fin de poder cubrir y satisfacer las n», expediente SUM/2026/0000096501, adjudicado el 18/09/2026 por 22.429,91 €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01/11/2026 a 01/11/2028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