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CLAVIMAR GALICIA SL</w:t>
      </w:r>
    </w:p>
    <w:p>
      <w:r>
        <w:t>NIF B36724557.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