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CETRA CLINICA MEDICA XINZO, S.L.</w:t>
      </w:r>
    </w:p>
    <w:p>
      <w:r>
        <w:t>NIF B32259871.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del servicio de fisioterapia en régimen ambulatorio para pacientes derivados desde un centro propio de FRATERNIDAD-MUPRESPA, en diversas localidades de la Dirección Territorial Norte. (lote 42) · exp. PIC2025_32363</w:t>
            </w:r>
          </w:p>
        </w:tc>
        <w:tc>
          <w:tcPr>
            <w:tcW w:type="dxa" w:w="1440"/>
          </w:tcPr>
          <w:p>
            <w:r>
              <w:t>Gerencia de Fraternidad Muprespa - Mútua Colaboradora con la Seguridad Social nº 275 · NIF G82287228</w:t>
            </w:r>
          </w:p>
        </w:tc>
        <w:tc>
          <w:tcPr>
            <w:tcW w:type="dxa" w:w="1440"/>
          </w:tcPr>
          <w:p>
            <w:r>
              <w:t>51.388,00 €</w:t>
            </w:r>
          </w:p>
        </w:tc>
        <w:tc>
          <w:tcPr>
            <w:tcW w:type="dxa" w:w="1440"/>
          </w:tcPr>
          <w:p>
            <w:r>
              <w:t>17/06/2026</w:t>
            </w:r>
          </w:p>
        </w:tc>
        <w:tc>
          <w:tcPr>
            <w:tcW w:type="dxa" w:w="1440"/>
          </w:tcPr>
          <w:p>
            <w:r>
              <w:t>01/06/2026 – en curso</w:t>
            </w:r>
          </w:p>
        </w:tc>
        <w:tc>
          <w:tcPr>
            <w:tcW w:type="dxa" w:w="1440"/>
          </w:tcPr>
          <w:p>
            <w:r>
              <w:rPr>
                <w:highlight w:val="yellow"/>
              </w:rPr>
              <w:t>rellenar</w:t>
            </w:r>
          </w:p>
        </w:tc>
      </w:tr>
      <w:tr>
        <w:tc>
          <w:tcPr>
            <w:tcW w:type="dxa" w:w="1440"/>
          </w:tcPr>
          <w:p>
            <w:r>
              <w:t>Servicio de Fisioterapia en el Ámbito Territorial de Verín (Ourense) y área de Influencia · exp. N202600241</w:t>
            </w:r>
          </w:p>
        </w:tc>
        <w:tc>
          <w:tcPr>
            <w:tcW w:type="dxa" w:w="1440"/>
          </w:tcPr>
          <w:p>
            <w:r>
              <w:t>Dirección General de la Mutual Midat Cyclops, Mutua Colaboradora con la Seguridad Social, nº 1 · NIF G64172513</w:t>
            </w:r>
          </w:p>
        </w:tc>
        <w:tc>
          <w:tcPr>
            <w:tcW w:type="dxa" w:w="1440"/>
          </w:tcPr>
          <w:p>
            <w:r>
              <w:t>20.470,00 €</w:t>
            </w:r>
          </w:p>
        </w:tc>
        <w:tc>
          <w:tcPr>
            <w:tcW w:type="dxa" w:w="1440"/>
          </w:tcPr>
          <w:p>
            <w:r>
              <w:t>29/05/2026</w:t>
            </w:r>
          </w:p>
        </w:tc>
        <w:tc>
          <w:tcPr>
            <w:tcW w:type="dxa" w:w="1440"/>
          </w:tcPr>
          <w:p>
            <w:r>
              <w:t>01/06/2026 – en curso</w:t>
            </w:r>
          </w:p>
        </w:tc>
        <w:tc>
          <w:tcPr>
            <w:tcW w:type="dxa" w:w="1440"/>
          </w:tcPr>
          <w:p>
            <w:r>
              <w:rPr>
                <w:highlight w:val="yellow"/>
              </w:rPr>
              <w:t>rellenar</w:t>
            </w:r>
          </w:p>
        </w:tc>
      </w:tr>
      <w:tr>
        <w:tc>
          <w:tcPr>
            <w:tcW w:type="dxa" w:w="1440"/>
          </w:tcPr>
          <w:p>
            <w:r>
              <w:t>Servicio de Fisioterapia en el ámbito territorial de C.A. de Galicia (lote 14) · exp. N202300762</w:t>
            </w:r>
          </w:p>
        </w:tc>
        <w:tc>
          <w:tcPr>
            <w:tcW w:type="dxa" w:w="1440"/>
          </w:tcPr>
          <w:p>
            <w:r>
              <w:t>Dirección General de la Mutual Midat Cyclops, Mutua Colaboradora con la Seguridad Social, nº 1 · NIF G64172513</w:t>
            </w:r>
          </w:p>
        </w:tc>
        <w:tc>
          <w:tcPr>
            <w:tcW w:type="dxa" w:w="1440"/>
          </w:tcPr>
          <w:p>
            <w:r>
              <w:t>8.994,00 €</w:t>
            </w:r>
          </w:p>
        </w:tc>
        <w:tc>
          <w:tcPr>
            <w:tcW w:type="dxa" w:w="1440"/>
          </w:tcPr>
          <w:p>
            <w:r>
              <w:t>06/09/2024</w:t>
            </w:r>
          </w:p>
        </w:tc>
        <w:tc>
          <w:tcPr>
            <w:tcW w:type="dxa" w:w="1440"/>
          </w:tcPr>
          <w:p>
            <w:r>
              <w:t>01/11/2024 – en curso</w:t>
            </w:r>
          </w:p>
        </w:tc>
        <w:tc>
          <w:tcPr>
            <w:tcW w:type="dxa" w:w="1440"/>
          </w:tcPr>
          <w:p>
            <w:r>
              <w:rPr>
                <w:highlight w:val="yellow"/>
              </w:rPr>
              <w:t>rellenar</w:t>
            </w:r>
          </w:p>
        </w:tc>
      </w:tr>
      <w:tr>
        <w:tc>
          <w:tcPr>
            <w:tcW w:type="dxa" w:w="1440"/>
          </w:tcPr>
          <w:p>
            <w:r>
              <w:t>Servicio de fisioterapia en la población de Verin · exp. 2024/LIC/0065</w:t>
            </w:r>
          </w:p>
        </w:tc>
        <w:tc>
          <w:tcPr>
            <w:tcW w:type="dxa" w:w="1440"/>
          </w:tcPr>
          <w:p>
            <w:r>
              <w:t>Director Gerente de Mutua Intercomarcal MATEPSS Nº 39 · NIF G60328796</w:t>
            </w:r>
          </w:p>
        </w:tc>
        <w:tc>
          <w:tcPr>
            <w:tcW w:type="dxa" w:w="1440"/>
          </w:tcPr>
          <w:p>
            <w:r>
              <w:t>4.950,00 €</w:t>
            </w:r>
          </w:p>
        </w:tc>
        <w:tc>
          <w:tcPr>
            <w:tcW w:type="dxa" w:w="1440"/>
          </w:tcPr>
          <w:p>
            <w:r>
              <w:t>10/06/2024</w:t>
            </w:r>
          </w:p>
        </w:tc>
        <w:tc>
          <w:tcPr>
            <w:tcW w:type="dxa" w:w="1440"/>
          </w:tcPr>
          <w:p>
            <w:r>
              <w:t>10/07/2024 – 10/07/2025</w:t>
            </w:r>
          </w:p>
        </w:tc>
        <w:tc>
          <w:tcPr>
            <w:tcW w:type="dxa" w:w="1440"/>
          </w:tcPr>
          <w:p>
            <w:r>
              <w:rPr>
                <w:highlight w:val="yellow"/>
              </w:rPr>
              <w:t>rellenar</w:t>
            </w:r>
          </w:p>
        </w:tc>
      </w:tr>
      <w:tr>
        <w:tc>
          <w:tcPr>
            <w:tcW w:type="dxa" w:w="1440"/>
          </w:tcPr>
          <w:p>
            <w:r>
              <w:t>Servicios de fisioterapia en centro ambulatorio a la población protegida de umivale Activa, Mutua Colaboradora con la Seguridad Social nº 3 y a los trabajadores autónomos adheridos en las localidades (distribución por lotes) de A Estrada (Pontevedra), Noia (A Coruña), Sarria (Lugo) y Verín (Ourense) (lote 4) · exp. SER-23-0520-OSA</w:t>
            </w:r>
          </w:p>
        </w:tc>
        <w:tc>
          <w:tcPr>
            <w:tcW w:type="dxa" w:w="1440"/>
          </w:tcPr>
          <w:p>
            <w:r>
              <w:t>Gerencia umivale Activa, Mutua Colaboradora con la Seguridad Social número 3 · NIF G96236443</w:t>
            </w:r>
          </w:p>
        </w:tc>
        <w:tc>
          <w:tcPr>
            <w:tcW w:type="dxa" w:w="1440"/>
          </w:tcPr>
          <w:p>
            <w:r>
              <w:t>24.300,00 €</w:t>
            </w:r>
          </w:p>
        </w:tc>
        <w:tc>
          <w:tcPr>
            <w:tcW w:type="dxa" w:w="1440"/>
          </w:tcPr>
          <w:p>
            <w:r>
              <w:t>12/01/2024</w:t>
            </w:r>
          </w:p>
        </w:tc>
        <w:tc>
          <w:tcPr>
            <w:tcW w:type="dxa" w:w="1440"/>
          </w:tcPr>
          <w:p>
            <w:r>
              <w:t>01/01/2024 – en curso</w:t>
            </w:r>
          </w:p>
        </w:tc>
        <w:tc>
          <w:tcPr>
            <w:tcW w:type="dxa" w:w="1440"/>
          </w:tcPr>
          <w:p>
            <w:r>
              <w:rPr>
                <w:highlight w:val="yellow"/>
              </w:rPr>
              <w:t>rellenar</w:t>
            </w:r>
          </w:p>
        </w:tc>
      </w:tr>
      <w:tr>
        <w:tc>
          <w:tcPr>
            <w:tcW w:type="dxa" w:w="1440"/>
          </w:tcPr>
          <w:p>
            <w:r>
              <w:t>El objeto de esta licitación es la contratación del servicio de asistencia sanitaria en régimen ambulatorio en un centro, dentro del término municipal de Verín (Ourense) que disponga de instalaciones y medios suficientes para prestar los servicios de fisioterapia a los trabajadores de las empresas a · exp. CS-2023/3203/0003</w:t>
            </w:r>
          </w:p>
        </w:tc>
        <w:tc>
          <w:tcPr>
            <w:tcW w:type="dxa" w:w="1440"/>
          </w:tcPr>
          <w:p>
            <w:r>
              <w:t>Dirección General de IBERMUTUA, Mutua Colaboradora con la Seguridad Social nº 274 · NIF G81939217</w:t>
            </w:r>
          </w:p>
        </w:tc>
        <w:tc>
          <w:tcPr>
            <w:tcW w:type="dxa" w:w="1440"/>
          </w:tcPr>
          <w:p>
            <w:r>
              <w:t>61.950,00 €</w:t>
            </w:r>
          </w:p>
        </w:tc>
        <w:tc>
          <w:tcPr>
            <w:tcW w:type="dxa" w:w="1440"/>
          </w:tcPr>
          <w:p>
            <w:r>
              <w:t>08/02/2023</w:t>
            </w:r>
          </w:p>
        </w:tc>
        <w:tc>
          <w:tcPr>
            <w:tcW w:type="dxa" w:w="1440"/>
          </w:tcPr>
          <w:p>
            <w:r>
              <w:t>01/05/2023 – 01/05/2025</w:t>
            </w:r>
          </w:p>
        </w:tc>
        <w:tc>
          <w:tcPr>
            <w:tcW w:type="dxa" w:w="1440"/>
          </w:tcPr>
          <w:p>
            <w:r>
              <w:rPr>
                <w:highlight w:val="yellow"/>
              </w:rPr>
              <w:t>rellenar</w:t>
            </w:r>
          </w:p>
        </w:tc>
      </w:tr>
      <w:tr>
        <w:tc>
          <w:tcPr>
            <w:tcW w:type="dxa" w:w="1440"/>
          </w:tcPr>
          <w:p>
            <w:r>
              <w:t>Contratación del servicio sanitario de Fisioterapia en el ámbito territorial de las Comunidades Autónomas de Galicia, Cataluña, Aragón, Baleares, Castilla La Mancha y Castilla León para FREMAP, Mutua Colaboradora de la Seguridad Social, nº61 (lote 5) · exp. LICT/99/139/2022/0029</w:t>
            </w:r>
          </w:p>
        </w:tc>
        <w:tc>
          <w:tcPr>
            <w:tcW w:type="dxa" w:w="1440"/>
          </w:tcPr>
          <w:p>
            <w:r>
              <w:t>Director Gerente de FREMAP · NIF G28207017</w:t>
            </w:r>
          </w:p>
        </w:tc>
        <w:tc>
          <w:tcPr>
            <w:tcW w:type="dxa" w:w="1440"/>
          </w:tcPr>
          <w:p>
            <w:r>
              <w:t>13.050,00 €</w:t>
            </w:r>
          </w:p>
        </w:tc>
        <w:tc>
          <w:tcPr>
            <w:tcW w:type="dxa" w:w="1440"/>
          </w:tcPr>
          <w:p>
            <w:r>
              <w:t>27/12/2022</w:t>
            </w:r>
          </w:p>
        </w:tc>
        <w:tc>
          <w:tcPr>
            <w:tcW w:type="dxa" w:w="1440"/>
          </w:tcPr>
          <w:p>
            <w:r>
              <w:t>01/03/2023 – 01/03/2025</w:t>
            </w:r>
          </w:p>
        </w:tc>
        <w:tc>
          <w:tcPr>
            <w:tcW w:type="dxa" w:w="1440"/>
          </w:tcPr>
          <w:p>
            <w:r>
              <w:rPr>
                <w:highlight w:val="yellow"/>
              </w:rPr>
              <w:t>rellenar</w:t>
            </w:r>
          </w:p>
        </w:tc>
      </w:tr>
      <w:tr>
        <w:tc>
          <w:tcPr>
            <w:tcW w:type="dxa" w:w="1440"/>
          </w:tcPr>
          <w:p>
            <w:r>
              <w:t>Servicio de Fisioterapia en el Ámbito Territorial de Verín (Ourense) y Área de Influencia · exp. N202200589</w:t>
            </w:r>
          </w:p>
        </w:tc>
        <w:tc>
          <w:tcPr>
            <w:tcW w:type="dxa" w:w="1440"/>
          </w:tcPr>
          <w:p>
            <w:r>
              <w:t>Dirección General de la Mutual Midat Cyclops, Mutua Colaboradora con la Seguridad Social, nº 1 · NIF G64172513</w:t>
            </w:r>
          </w:p>
        </w:tc>
        <w:tc>
          <w:tcPr>
            <w:tcW w:type="dxa" w:w="1440"/>
          </w:tcPr>
          <w:p>
            <w:r>
              <w:t>4.197,00 €</w:t>
            </w:r>
          </w:p>
        </w:tc>
        <w:tc>
          <w:tcPr>
            <w:tcW w:type="dxa" w:w="1440"/>
          </w:tcPr>
          <w:p>
            <w:r>
              <w:t>09/11/2022</w:t>
            </w:r>
          </w:p>
        </w:tc>
        <w:tc>
          <w:tcPr>
            <w:tcW w:type="dxa" w:w="1440"/>
          </w:tcPr>
          <w:p>
            <w:r>
              <w:t>01/12/2022 – 01/12/2023</w:t>
            </w:r>
          </w:p>
        </w:tc>
        <w:tc>
          <w:tcPr>
            <w:tcW w:type="dxa" w:w="1440"/>
          </w:tcPr>
          <w:p>
            <w:r>
              <w:rPr>
                <w:highlight w:val="yellow"/>
              </w:rPr>
              <w:t>rellenar</w:t>
            </w:r>
          </w:p>
        </w:tc>
      </w:tr>
    </w:tbl>
    <w:p/>
    <w:p>
      <w:r>
        <w:rPr>
          <w:b/>
        </w:rPr>
        <w:t>Importe adjudicado en el periodo: 189.299,00 € sin IVA, en 8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Gerencia de Fraternidad Muprespa - Mútua Colaboradora con la Seguridad Social nº 275 (NIF G82287228)</w:t>
      </w:r>
    </w:p>
    <w:p>
      <w:r>
        <w:t xml:space="preserve">CETRA CLINICA MEDICA XINZO, S.L., con NIF B32259871, adjudicataria del contrato «Contratación del servicio de fisioterapia en régimen ambulatorio para pacientes derivados desde un centro propio de FRATERNIDAD-MUPRESPA, en diversas localidades de la Dirección Territorial Norte.», lote 42, expediente PIC2025_32363, adjudicado el 17/06/2026 por 51.388,00 €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01/06/2026 a 01/06/2028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Mutual Midat Cyclops, Mutua Colaboradora con la Seguridad Social, nº 1 (NIF G64172513)</w:t>
      </w:r>
    </w:p>
    <w:p>
      <w:r>
        <w:t xml:space="preserve">CETRA CLINICA MEDICA XINZO, S.L., con NIF B32259871, adjudicataria del contrato «Servicio de Fisioterapia en el Ámbito Territorial de Verín (Ourense) y área de Influencia», expediente N202600241, adjudicado el 29/05/2026 por 20.470,00 €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01/06/2026 a 01/06/2028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Mutual Midat Cyclops, Mutua Colaboradora con la Seguridad Social, nº 1 (NIF G64172513)</w:t>
      </w:r>
    </w:p>
    <w:p>
      <w:r>
        <w:t xml:space="preserve">CETRA CLINICA MEDICA XINZO, S.L., con NIF B32259871, adjudicataria del contrato «Servicio de Fisioterapia en el ámbito territorial de C.A. de Galicia», lote 14, expediente N202300762, adjudicado el 06/09/2024 por 8.994,00 €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01/11/2024 a 01/11/2026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 de Mutua Intercomarcal MATEPSS Nº 39 (NIF G60328796)</w:t>
      </w:r>
    </w:p>
    <w:p>
      <w:r>
        <w:t xml:space="preserve">CETRA CLINICA MEDICA XINZO, S.L., con NIF B32259871, adjudicataria del contrato «Servicio de fisioterapia en la población de Verin», expediente 2024/LIC/0065, adjudicado el 10/06/2024 por 4.950,00 €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10/07/2024 a 10/07/2025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umivale Activa, Mutua Colaboradora con la Seguridad Social número 3 (NIF G96236443)</w:t>
      </w:r>
    </w:p>
    <w:p>
      <w:r>
        <w:t xml:space="preserve">CETRA CLINICA MEDICA XINZO, S.L., con NIF B32259871, adjudicataria del contrato «Servicios de fisioterapia en centro ambulatorio a la población protegida de umivale Activa, Mutua Colaboradora con la Seguridad Social nº 3 y a los trabajadores autónomos adheridos en las localidades (distribución por lotes) de A Estrada (Pontevedra), Noia (A Coruña), Sarria (Lugo) y Verín (Ourense)», lote 4, expediente SER-23-0520-OSA, adjudicado el 12/01/2024 por 24.300,00 €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01/01/2027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IBERMUTUA, Mutua Colaboradora con la Seguridad Social nº 274 (NIF G81939217)</w:t>
      </w:r>
    </w:p>
    <w:p>
      <w:r>
        <w:t xml:space="preserve">CETRA CLINICA MEDICA XINZO, S.L., con NIF B32259871, adjudicataria del contrato «El objeto de esta licitación es la contratación del servicio de asistencia sanitaria en régimen ambulatorio en un centro, dentro del término municipal de Verín (Ourense) que disponga de instalaciones y medios suficientes para prestar los servicios de fisioterapia a los trabajadores de las empresas a», expediente CS-2023/3203/0003, adjudicado el 08/02/2023 por 61.950,00 €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01/05/2023 a 01/05/2025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 de FREMAP (NIF G28207017)</w:t>
      </w:r>
    </w:p>
    <w:p>
      <w:r>
        <w:t xml:space="preserve">CETRA CLINICA MEDICA XINZO, S.L., con NIF B32259871, adjudicataria del contrato «Contratación del servicio sanitario de Fisioterapia en el ámbito territorial de las Comunidades Autónomas de Galicia, Cataluña, Aragón, Baleares, Castilla La Mancha y Castilla León para FREMAP, Mutua Colaboradora de la Seguridad Social, nº61», lote 5, expediente LICT/99/139/2022/0029, adjudicado el 27/12/2022 por 13.050,00 €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01/03/2023 a 01/03/2025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Mutual Midat Cyclops, Mutua Colaboradora con la Seguridad Social, nº 1 (NIF G64172513)</w:t>
      </w:r>
    </w:p>
    <w:p>
      <w:r>
        <w:t xml:space="preserve">CETRA CLINICA MEDICA XINZO, S.L., con NIF B32259871, adjudicataria del contrato «Servicio de Fisioterapia en el Ámbito Territorial de Verín (Ourense) y Área de Influencia», expediente N202200589, adjudicado el 09/11/2022 por 4.197,00 €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01/12/2022 a 01/12/2023</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