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CETACEOS Y NAVEGACION SL</w:t>
      </w:r>
    </w:p>
    <w:p>
      <w:r>
        <w:t>NIF B73226409.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