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 INTECSERVEIS - Fundació Germà Benito Menni</w:t>
      </w:r>
    </w:p>
    <w:p>
      <w:r>
        <w:t>NIF G62277751.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