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CEPER</w:t>
      </w:r>
    </w:p>
    <w:p>
      <w:r>
        <w:t>NIF G29086915.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