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MEDICO REHASTET, S.L.</w:t>
      </w:r>
    </w:p>
    <w:p>
      <w:r>
        <w:t>NIF B08459760.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Urgencias, Asistencia Ambulatoria, Pruebas Diagnósticas y Fisioterapia en la Comunidad Autónoma de Cataluña (lote 5) · exp. 2026/LIC/0007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34.025,05 €</w:t>
            </w:r>
          </w:p>
        </w:tc>
        <w:tc>
          <w:tcPr>
            <w:tcW w:type="dxa" w:w="1440"/>
          </w:tcPr>
          <w:p>
            <w:r>
              <w:t>27/05/2026</w:t>
            </w:r>
          </w:p>
        </w:tc>
        <w:tc>
          <w:tcPr>
            <w:tcW w:type="dxa" w:w="1440"/>
          </w:tcPr>
          <w:p>
            <w:r>
              <w:t>27/06/2026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asistencia ambulatoria, fisioterapia, especialistas y pruebas diagnósticas en centro ambulatorio a la población protegida de umivale Activa, Mutua Colaboradora con la Seguridad Social nº 3 y a los trabajadores autónomos adheridos en la localidad de Mataró (Barcelona) · exp. SER-24-0349-OSA</w:t>
            </w:r>
          </w:p>
        </w:tc>
        <w:tc>
          <w:tcPr>
            <w:tcW w:type="dxa" w:w="1440"/>
          </w:tcPr>
          <w:p>
            <w:r>
              <w:t>Gerencia umivale Activa, Mutua Colaboradora con la Seguridad Social número 3 · NIF G96236443</w:t>
            </w:r>
          </w:p>
        </w:tc>
        <w:tc>
          <w:tcPr>
            <w:tcW w:type="dxa" w:w="1440"/>
          </w:tcPr>
          <w:p>
            <w:r>
              <w:t>120.808,50 €</w:t>
            </w:r>
          </w:p>
        </w:tc>
        <w:tc>
          <w:tcPr>
            <w:tcW w:type="dxa" w:w="1440"/>
          </w:tcPr>
          <w:p>
            <w:r>
              <w:t>17/09/2024</w:t>
            </w:r>
          </w:p>
        </w:tc>
        <w:tc>
          <w:tcPr>
            <w:tcW w:type="dxa" w:w="1440"/>
          </w:tcPr>
          <w:p>
            <w:r>
              <w:t>01/12/2024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154.833,55 €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CENTRO MEDICO REHASTET, S.L., con NIF B08459760, adjudicataria del contrato «Servicio de Urgencias, Asistencia Ambulatoria, Pruebas Diagnósticas y Fisioterapia en la Comunidad Autónoma de Cataluña», lote 5, expediente 2026/LIC/0007, adjudicado el 27/05/2026 por 34.025,05 €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27/06/2026 a 27/06/2027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umivale Activa, Mutua Colaboradora con la Seguridad Social número 3 (NIF G96236443)</w:t>
      </w:r>
    </w:p>
    <w:p>
      <w:r>
        <w:t xml:space="preserve">CENTRO MEDICO REHASTET, S.L., con NIF B08459760, adjudicataria del contrato «Servicio de asistencia ambulatoria, fisioterapia, especialistas y pruebas diagnósticas en centro ambulatorio a la población protegida de umivale Activa, Mutua Colaboradora con la Seguridad Social nº 3 y a los trabajadores autónomos adheridos en la localidad de Mataró (Barcelona)», expediente SER-24-0349-OSA, adjudicado el 17/09/2024 por 120.808,50 €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01/12/2024 a 01/12/2027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