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CENTRO DE ESTUDIOS ADMINISTRATIVOS Y PROFESIONALES, S.A.</w:t>
      </w:r>
    </w:p>
    <w:p>
      <w:r>
        <w:t>NIF A46720843.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servicio de cursos de formación para personal d la Fundación (lote 3) · exp. 16/2024</w:t>
            </w:r>
          </w:p>
        </w:tc>
        <w:tc>
          <w:tcPr>
            <w:tcW w:type="dxa" w:w="1440"/>
          </w:tcPr>
          <w:p>
            <w:r>
              <w:t>Dirección General de la Fundación para la Investigación del Hospital Universitario de la Fe · NIF G97067557</w:t>
            </w:r>
          </w:p>
        </w:tc>
        <w:tc>
          <w:tcPr>
            <w:tcW w:type="dxa" w:w="1440"/>
          </w:tcPr>
          <w:p>
            <w:r>
              <w:t>1.824,00 €</w:t>
            </w:r>
          </w:p>
        </w:tc>
        <w:tc>
          <w:tcPr>
            <w:tcW w:type="dxa" w:w="1440"/>
          </w:tcPr>
          <w:p>
            <w:r>
              <w:t>07/04/2025</w:t>
            </w:r>
          </w:p>
        </w:tc>
        <w:tc>
          <w:tcPr>
            <w:tcW w:type="dxa" w:w="1440"/>
          </w:tcPr>
          <w:p>
            <w:r>
              <w:t>07/05/2025 – 07/01/2026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 cursos de formación para el personal de Ciudad de las Artes y de las Ciencias,SAU · exp. 0034-24</w:t>
            </w:r>
          </w:p>
        </w:tc>
        <w:tc>
          <w:tcPr>
            <w:tcW w:type="dxa" w:w="1440"/>
          </w:tcPr>
          <w:p>
            <w:r>
              <w:t>Dirección General de la Ciudad de las Artes y de las Ciencias S.A. · NIF A46483095</w:t>
            </w:r>
          </w:p>
        </w:tc>
        <w:tc>
          <w:tcPr>
            <w:tcW w:type="dxa" w:w="1440"/>
          </w:tcPr>
          <w:p>
            <w:r>
              <w:t>17.503,00 €</w:t>
            </w:r>
          </w:p>
        </w:tc>
        <w:tc>
          <w:tcPr>
            <w:tcW w:type="dxa" w:w="1440"/>
          </w:tcPr>
          <w:p>
            <w:r>
              <w:t>09/05/2024</w:t>
            </w:r>
          </w:p>
        </w:tc>
        <w:tc>
          <w:tcPr>
            <w:tcW w:type="dxa" w:w="1440"/>
          </w:tcPr>
          <w:p>
            <w:r>
              <w:t>09/06/2024 – 09/06/2025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19.327,00 €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Fundación para la Investigación del Hospital Universitario de la Fe (NIF G97067557)</w:t>
      </w:r>
    </w:p>
    <w:p>
      <w:r>
        <w:t xml:space="preserve">CENTRO DE ESTUDIOS ADMINISTRATIVOS Y PROFESIONALES, S.A., con NIF A46720843, adjudicataria del contrato «Contrato de servicio de cursos de formación para personal d la Fundación», lote 3, expediente 16/2024, adjudicado el 07/04/2025 por 1.824,00 €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07/05/2025 a 07/01/2026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Ciudad de las Artes y de las Ciencias S.A. (NIF A46483095)</w:t>
      </w:r>
    </w:p>
    <w:p>
      <w:r>
        <w:t xml:space="preserve">CENTRO DE ESTUDIOS ADMINISTRATIVOS Y PROFESIONALES, S.A., con NIF A46720843, adjudicataria del contrato «Contratación de cursos de formación para el personal de Ciudad de las Artes y de las Ciencias,SAU», expediente 0034-24, adjudicado el 09/05/2024 por 17.503,00 €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09/06/2024 a 09/06/2025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