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DE ENSEÑANZAS PROFESIONALES Y TECNOLOGICAS DE EXTREMADURA, S.L.</w:t>
      </w:r>
    </w:p>
    <w:p>
      <w:r>
        <w:t>NIF B10234375.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