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CILIO NOGAL, S.A.</w:t>
      </w:r>
    </w:p>
    <w:p>
      <w:r>
        <w:t>NIF A2845456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