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DN Inacua Málaga</w:t>
      </w:r>
    </w:p>
    <w:p>
      <w:r>
        <w:t>NIF G9313335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