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DN Inacua Málaga</w:t>
      </w:r>
    </w:p>
    <w:p>
      <w:r>
        <w:t>NIF G93133353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