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CARVAR CONSTRUCCIONES FREGENAL S.L.</w:t>
      </w:r>
    </w:p>
    <w:p>
      <w:r>
        <w:t>NIF B06197529.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