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CARPAS TUS AMIGOS S.L</w:t>
      </w:r>
    </w:p>
    <w:p>
      <w:r>
        <w:t>NIF B53685079.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de una carpa para la celebración de los eventos de "Octoberfesters Calp" y "Día de las Quintas" organizados por el Ayuntamiento de Calp (Alicante) · exp. SUM 76/2024</w:t>
            </w:r>
          </w:p>
        </w:tc>
        <w:tc>
          <w:tcPr>
            <w:tcW w:type="dxa" w:w="1440"/>
          </w:tcPr>
          <w:p>
            <w:r>
              <w:t>Ajuntament de Calp · NIF P0304700H</w:t>
            </w:r>
          </w:p>
        </w:tc>
        <w:tc>
          <w:tcPr>
            <w:tcW w:type="dxa" w:w="1440"/>
          </w:tcPr>
          <w:p>
            <w:r>
              <w:t>14.000,00 €</w:t>
            </w:r>
          </w:p>
        </w:tc>
        <w:tc>
          <w:tcPr>
            <w:tcW w:type="dxa" w:w="1440"/>
          </w:tcPr>
          <w:p>
            <w:r>
              <w:t>01/10/2024</w:t>
            </w:r>
          </w:p>
        </w:tc>
        <w:tc>
          <w:tcPr>
            <w:tcW w:type="dxa" w:w="1440"/>
          </w:tcPr>
          <w:p>
            <w:r>
              <w:t>01/11/2024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Calp (NIF P0304700H)</w:t>
      </w:r>
    </w:p>
    <w:p>
      <w:r>
        <w:t xml:space="preserve">CARPAS TUS AMIGOS S.L, con NIF B53685079, adjudicataria del contrato «Alquiler de una carpa para la celebración de los eventos de "Octoberfesters Calp" y "Día de las Quintas" organizados por el Ayuntamiento de Calp (Alicante)», expediente SUM 76/2024, adjudicado el 01/10/2024 por 14.000,00 €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