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Carnes y Pescados Hnos. Rosso, S.L.</w:t>
      </w:r>
    </w:p>
    <w:p>
      <w:r>
        <w:t>NIF B91129072. Contratos públicos adjudicados en los tres últimos años (servicios), del 01/11/2023 al 01/11/2026, suministros.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Suministro de víveres para los Centros Educativos Blanco White y Pino Montano dependientes de la Diputación de Sevilla (2024-2025) (lote 2) · exp. 2024/000018-PCA</w:t>
            </w:r>
          </w:p>
        </w:tc>
        <w:tc>
          <w:tcPr>
            <w:tcW w:type="dxa" w:w="1440"/>
          </w:tcPr>
          <w:p>
            <w:r>
              <w:t>Diputación Provincial de Sevilla · NIF P4100000A</w:t>
            </w:r>
          </w:p>
        </w:tc>
        <w:tc>
          <w:tcPr>
            <w:tcW w:type="dxa" w:w="1440"/>
          </w:tcPr>
          <w:p>
            <w:r>
              <w:t>213.510,50 €</w:t>
            </w:r>
          </w:p>
        </w:tc>
        <w:tc>
          <w:tcPr>
            <w:tcW w:type="dxa" w:w="1440"/>
          </w:tcPr>
          <w:p>
            <w:r>
              <w:t>19/11/2024</w:t>
            </w:r>
          </w:p>
        </w:tc>
        <w:tc>
          <w:tcPr>
            <w:tcW w:type="dxa" w:w="1440"/>
          </w:tcPr>
          <w:p>
            <w:r>
              <w:t>19/12/2024 – 19/12/2025</w:t>
            </w:r>
          </w:p>
        </w:tc>
        <w:tc>
          <w:tcPr>
            <w:tcW w:type="dxa" w:w="1440"/>
          </w:tcPr>
          <w:p>
            <w:r>
              <w:rPr>
                <w:highlight w:val="yellow"/>
              </w:rPr>
              <w:t>rellenar</w:t>
            </w:r>
          </w:p>
        </w:tc>
      </w:tr>
      <w:tr>
        <w:tc>
          <w:tcPr>
            <w:tcW w:type="dxa" w:w="1440"/>
          </w:tcPr>
          <w:p>
            <w:r>
              <w:t>Suministro de víveres con destino al Centro de Acogida de Refugiados (en adelante, CAR) de Sevilla, con tramitación urgente del expediente por procedimiento abierto y por lotes, por un período de 24 meses prorrogables. Cofinanciado por la UE. (lote 5) · exp. 202303JC0244</w:t>
            </w:r>
          </w:p>
        </w:tc>
        <w:tc>
          <w:tcPr>
            <w:tcW w:type="dxa" w:w="1440"/>
          </w:tcPr>
          <w:p>
            <w:r>
              <w:t>Junta de Contratación del Ministerio de Inclusión, Seguridad Social y Migraciones · NIF S2801449F</w:t>
            </w:r>
          </w:p>
        </w:tc>
        <w:tc>
          <w:tcPr>
            <w:tcW w:type="dxa" w:w="1440"/>
          </w:tcPr>
          <w:p>
            <w:r>
              <w:t>26.967,00 €</w:t>
            </w:r>
          </w:p>
        </w:tc>
        <w:tc>
          <w:tcPr>
            <w:tcW w:type="dxa" w:w="1440"/>
          </w:tcPr>
          <w:p>
            <w:r>
              <w:t>07/09/2023</w:t>
            </w:r>
          </w:p>
        </w:tc>
        <w:tc>
          <w:tcPr>
            <w:tcW w:type="dxa" w:w="1440"/>
          </w:tcPr>
          <w:p>
            <w:r>
              <w:t>07/10/2023 – 07/10/2025</w:t>
            </w:r>
          </w:p>
        </w:tc>
        <w:tc>
          <w:tcPr>
            <w:tcW w:type="dxa" w:w="1440"/>
          </w:tcPr>
          <w:p>
            <w:r>
              <w:rPr>
                <w:highlight w:val="yellow"/>
              </w:rPr>
              <w:t>rellenar</w:t>
            </w:r>
          </w:p>
        </w:tc>
      </w:tr>
      <w:tr>
        <w:tc>
          <w:tcPr>
            <w:tcW w:type="dxa" w:w="1440"/>
          </w:tcPr>
          <w:p>
            <w:r>
              <w:t>Suministro de productos de alimentación para el CRPM Heliópolis (lote 3) · exp. CONTR 2025 0000362599</w:t>
            </w:r>
          </w:p>
        </w:tc>
        <w:tc>
          <w:tcPr>
            <w:tcW w:type="dxa" w:w="1440"/>
          </w:tcPr>
          <w:p>
            <w:r>
              <w:t>Delegación Territorial de Inclusión Social, Juventud, Familias e Igualdad en Sevilla</w:t>
            </w:r>
          </w:p>
        </w:tc>
        <w:tc>
          <w:tcPr>
            <w:tcW w:type="dxa" w:w="1440"/>
          </w:tcPr>
          <w:p>
            <w:r>
              <w:t>166.300,16 €</w:t>
            </w:r>
          </w:p>
        </w:tc>
        <w:tc>
          <w:tcPr>
            <w:tcW w:type="dxa" w:w="1440"/>
          </w:tcPr>
          <w:p>
            <w:r/>
          </w:p>
        </w:tc>
        <w:tc>
          <w:tcPr>
            <w:tcW w:type="dxa" w:w="1440"/>
          </w:tcPr>
          <w:p>
            <w:r>
              <w:t>28/12/2025 – en curso</w:t>
            </w:r>
          </w:p>
        </w:tc>
        <w:tc>
          <w:tcPr>
            <w:tcW w:type="dxa" w:w="1440"/>
          </w:tcPr>
          <w:p>
            <w:r>
              <w:rPr>
                <w:highlight w:val="yellow"/>
              </w:rPr>
              <w:t>rellenar</w:t>
            </w:r>
          </w:p>
        </w:tc>
      </w:tr>
    </w:tbl>
    <w:p/>
    <w:p>
      <w:r>
        <w:rPr>
          <w:b/>
        </w:rPr>
        <w:t>Importe adjudicado en el periodo: 406.777,66 €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Sevilla (NIF P4100000A)</w:t>
      </w:r>
    </w:p>
    <w:p>
      <w:r>
        <w:t xml:space="preserve">Carnes y Pescados Hnos. Rosso, S.L., con NIF B91129072, adjudicataria del contrato «Suministro de víveres para los Centros Educativos Blanco White y Pino Montano dependientes de la Diputación de Sevilla (2024-2025)», lote 2, expediente 2024/000018-PCA, adjudicado el 19/11/2024 por 213.510,50 €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19/12/2024 a 19/12/2025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Junta de Contratación del Ministerio de Inclusión, Seguridad Social y Migraciones (NIF S2801449F)</w:t>
      </w:r>
    </w:p>
    <w:p>
      <w:r>
        <w:t xml:space="preserve">Carnes y Pescados Hnos. Rosso, S.L., con NIF B91129072, adjudicataria del contrato «Suministro de víveres con destino al Centro de Acogida de Refugiados (en adelante, CAR) de Sevilla, con tramitación urgente del expediente por procedimiento abierto y por lotes, por un período de 24 meses prorrogables. Cofinanciado por la UE.», lote 5, expediente 202303JC0244, adjudicado el 07/09/2023 por 26.967,00 €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07/10/2023 a 07/10/2025</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Delegación Territorial de Inclusión Social, Juventud, Familias e Igualdad en Sevilla</w:t>
      </w:r>
    </w:p>
    <w:p>
      <w:r>
        <w:t xml:space="preserve">Carnes y Pescados Hnos. Rosso, S.L., con NIF B91129072, adjudicataria del contrato «Suministro de productos de alimentación para el CRPM Heliópolis», lote 3, expediente CONTR 2025 0000362599, adjudicado el …… por 166.300,16 €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28/12/2025 a 28/12/2027 (en curso: se pide el certificado de lo ejecutado hasta la fecha)</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