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CANIS HOSPITAL VETERINARI S.L.</w:t>
      </w:r>
    </w:p>
    <w:p>
      <w:r>
        <w:t>NIF B17870502.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L’objecte del contracte és la contractació mixta dels serveis i subministraments necessaris pel benestar i l’operativitat dels quatre gossos de la Unitat Canina de la Policia Municipal de Girona. </w:t>
              <w:br/>
              <w:br/>
              <w:t xml:space="preserve">L’objecte del contracte es divideix en els següents LOTS: </w:t>
              <w:br/>
              <w:t>Lot 1. Servei d’allotjament i manutenció dels gossos de la Unitat Canina.</w:t>
              <w:br/>
              <w:t>Lot 2. Subministrament de material accessori per gossos.</w:t>
              <w:br/>
              <w:t>Lot 3. Servei de vacunació i atenció veterinària pels gossos de la Unitat Canina. (lote 3) · exp. 2025033876</w:t>
            </w:r>
          </w:p>
        </w:tc>
        <w:tc>
          <w:tcPr>
            <w:tcW w:type="dxa" w:w="1440"/>
          </w:tcPr>
          <w:p>
            <w:r>
              <w:t>Ajuntament de Girona</w:t>
            </w:r>
          </w:p>
        </w:tc>
        <w:tc>
          <w:tcPr>
            <w:tcW w:type="dxa" w:w="1440"/>
          </w:tcPr>
          <w:p>
            <w:r>
              <w:t>3.120,00 €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contracte té per objecte el control i la gestió dels animals de companyia (gossos, gats i fures) abandonats, perduts o ensalvatgits, i en situació de risc pel seu benestar o per la seguretat ciutadana, del municipi de Girona. Aquesta gestió és concreta amb les tasques de captura/recollida; l''allotjament, cura i atenció sanitària dels animals, fins a ser recuperats, adoptats o, si escau, sacrificats segons la normativa vigent.  L''objecte del contracte es divideix en 4 lots:  Lot 1 - Servei de recollida (llacer) d''animals de companyia, gestió de cadàvers i centre d''acollida de gossos Lot 2 - Serveis d''acollida de gats i fures Lot 3 - Serveis d''atenció veterinària pels animals recollits i allotjats al Centre d''acollida Lot 4 - Serveis d''educació i socialització dels animals del centre d''acollida  La descripció detallada de les prestacions de cada lot s''especifiquen en el present Plec de prescripcions tècniques i en els seus annexos. (lote 3) · exp. 2022032358</w:t>
            </w:r>
          </w:p>
        </w:tc>
        <w:tc>
          <w:tcPr>
            <w:tcW w:type="dxa" w:w="1440"/>
          </w:tcPr>
          <w:p>
            <w:r>
              <w:t>Ajuntament de Girona</w:t>
            </w:r>
          </w:p>
        </w:tc>
        <w:tc>
          <w:tcPr>
            <w:tcW w:type="dxa" w:w="1440"/>
          </w:tcPr>
          <w:p>
            <w:r>
              <w:t>34.729,25 €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23/03/2023 – 23/03/2025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37.849,25 €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Girona</w:t>
      </w:r>
    </w:p>
    <w:p>
      <w:r>
        <w:t xml:space="preserve">CANIS HOSPITAL VETERINARI S.L., con NIF B17870502, adjudicataria del contrato «L’objecte del contracte és la contractació mixta dels serveis i subministraments necessaris pel benestar i l’operativitat dels quatre gossos de la Unitat Canina de la Policia Municipal de Girona. </w:t>
        <w:br/>
        <w:br/>
        <w:t xml:space="preserve">L’objecte del contracte es divideix en els següents LOTS: </w:t>
        <w:br/>
        <w:t>Lot 1. Servei d’allotjament i manutenció dels gossos de la Unitat Canina.</w:t>
        <w:br/>
        <w:t>Lot 2. Subministrament de material accessori per gossos.</w:t>
        <w:br/>
        <w:t xml:space="preserve">Lot 3. Servei de vacunació i atenció veterinària pels gossos de la Unitat Canina.», lote 3, expediente 2025033876, adjudicado el …… por 3.120,00 €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09/04/2027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Girona</w:t>
      </w:r>
    </w:p>
    <w:p>
      <w:r>
        <w:t xml:space="preserve">CANIS HOSPITAL VETERINARI S.L., con NIF B17870502, adjudicataria del contrato «El contracte té per objecte el control i la gestió dels animals de companyia (gossos, gats i fures) abandonats, perduts o ensalvatgits, i en situació de risc pel seu benestar o per la seguretat ciutadana, del municipi de Girona. Aquesta gestió és concreta amb les tasques de captura/recollida; l''allotjament, cura i atenció sanitària dels animals, fins a ser recuperats, adoptats o, si escau, sacrificats segons la normativa vigent.  L''objecte del contracte es divideix en 4 lots:  Lot 1 - Servei de recollida (llacer) d''animals de companyia, gestió de cadàvers i centre d''acollida de gossos Lot 2 - Serveis d''acollida de gats i fures Lot 3 - Serveis d''atenció veterinària pels animals recollits i allotjats al Centre d''acollida Lot 4 - Serveis d''educació i socialització dels animals del centre d''acollida  La descripció detallada de les prestacions de cada lot s''especifiquen en el present Plec de prescripcions tècniques i en els seus annexos.», lote 3, expediente 2022032358, adjudicado el …… por 34.729,25 €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23/03/2023 a 23/03/2025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