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Caetano Benet, S.L.</w:t>
      </w:r>
    </w:p>
    <w:p>
      <w:r>
        <w:t>NIF B92558584.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mantenimiento preventivo y correctivo de los chasis, carrozados y sus componentes de los distintos vehículos que componen la</w:t>
              <w:br/>
              <w:br/>
              <w:t>flota del Servicio de Prevención, Extinción de Incendios y Salvamento del Ayuntamiento de Málaga. · exp. 27/26</w:t>
            </w:r>
          </w:p>
        </w:tc>
        <w:tc>
          <w:tcPr>
            <w:tcW w:type="dxa" w:w="1440"/>
          </w:tcPr>
          <w:p>
            <w:r>
              <w:t>Ayuntamiento de Málaga · NIF P2906700F</w:t>
            </w:r>
          </w:p>
        </w:tc>
        <w:tc>
          <w:tcPr>
            <w:tcW w:type="dxa" w:w="1440"/>
          </w:tcPr>
          <w:p>
            <w:r>
              <w:t>495.867,77 €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04/12/2026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 reparación y/o mantenimiento de la parte del chasis contraincendios, bombas, armarios y elementos auxiliares de vehículos del Servicio de Prevención, Extinción de Incendios y Salvamento del Ayuntamiento de Málaga. · exp. PASA 26/55/0146</w:t>
            </w:r>
          </w:p>
        </w:tc>
        <w:tc>
          <w:tcPr>
            <w:tcW w:type="dxa" w:w="1440"/>
          </w:tcPr>
          <w:p>
            <w:r>
              <w:t>Concejalía Delegada del Área Específica de Seguridad del Ayuntamiento de Málaga · NIF P2906700F</w:t>
            </w:r>
          </w:p>
        </w:tc>
        <w:tc>
          <w:tcPr>
            <w:tcW w:type="dxa" w:w="1440"/>
          </w:tcPr>
          <w:p>
            <w:r>
              <w:t>37.190,08 €</w:t>
            </w:r>
          </w:p>
        </w:tc>
        <w:tc>
          <w:tcPr>
            <w:tcW w:type="dxa" w:w="1440"/>
          </w:tcPr>
          <w:p>
            <w:r>
              <w:t>08/04/2026</w:t>
            </w:r>
          </w:p>
        </w:tc>
        <w:tc>
          <w:tcPr>
            <w:tcW w:type="dxa" w:w="1440"/>
          </w:tcPr>
          <w:p>
            <w:r>
              <w:t>09/04/2026 – 09/10/2026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los Servicios de Mantenimientos y Reparaciones de Vehículos: Servicios</w:t>
              <w:br/>
              <w:br/>
              <w:t>Preventivos y Servicios Correctivos, del Parque Móvil del Servicio de Prevención, Extinción de Incendios y Salvamentos del Ayuntamiento de Málaga · exp. 63/21</w:t>
            </w:r>
          </w:p>
        </w:tc>
        <w:tc>
          <w:tcPr>
            <w:tcW w:type="dxa" w:w="1440"/>
          </w:tcPr>
          <w:p>
            <w:r>
              <w:t>Ayuntamiento de Málaga · NIF P2906700F</w:t>
            </w:r>
          </w:p>
        </w:tc>
        <w:tc>
          <w:tcPr>
            <w:tcW w:type="dxa" w:w="1440"/>
          </w:tcPr>
          <w:p>
            <w:r>
              <w:t>157.304,01 €</w:t>
            </w:r>
          </w:p>
        </w:tc>
        <w:tc>
          <w:tcPr>
            <w:tcW w:type="dxa" w:w="1440"/>
          </w:tcPr>
          <w:p>
            <w:r>
              <w:t>29/06/2022</w:t>
            </w:r>
          </w:p>
        </w:tc>
        <w:tc>
          <w:tcPr>
            <w:tcW w:type="dxa" w:w="1440"/>
          </w:tcPr>
          <w:p>
            <w:r>
              <w:t>12/08/2022 – 12/08/2024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690.361,86 €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Málaga (NIF P2906700F)</w:t>
      </w:r>
    </w:p>
    <w:p>
      <w:r>
        <w:t>Caetano Benet, S.L., con NIF B92558584, adjudicataria del contrato «Servicio de mantenimiento preventivo y correctivo de los chasis, carrozados y sus componentes de los distintos vehículos que componen la</w:t>
        <w:br/>
        <w:br/>
        <w:t xml:space="preserve">flota del Servicio de Prevención, Extinción de Incendios y Salvamento del Ayuntamiento de Málaga.», expediente 27/26, adjudicado el 04/11/2026 por 495.867,77 €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04/12/2026 a 04/12/2028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del Área Específica de Seguridad del Ayuntamiento de Málaga (NIF P2906700F)</w:t>
      </w:r>
    </w:p>
    <w:p>
      <w:r>
        <w:t xml:space="preserve">Caetano Benet, S.L., con NIF B92558584, adjudicataria del contrato «Servicio de  reparación y/o mantenimiento de la parte del chasis contraincendios, bombas, armarios y elementos auxiliares de vehículos del Servicio de Prevención, Extinción de Incendios y Salvamento del Ayuntamiento de Málaga.», expediente PASA 26/55/0146, adjudicado el 08/04/2026 por 37.190,08 €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09/04/2026 a 09/10/2026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Málaga (NIF P2906700F)</w:t>
      </w:r>
    </w:p>
    <w:p>
      <w:r>
        <w:t>Caetano Benet, S.L., con NIF B92558584, adjudicataria del contrato «Contratación de los Servicios de Mantenimientos y Reparaciones de Vehículos: Servicios</w:t>
        <w:br/>
        <w:br/>
        <w:t xml:space="preserve">Preventivos y Servicios Correctivos, del Parque Móvil del Servicio de Prevención, Extinción de Incendios y Salvamentos del Ayuntamiento de Málaga», expediente 63/21, adjudicado el 29/06/2022 por 157.304,01 €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12/08/2022 a 12/08/2024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