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.E.E. SAN JUAN DE DIOS SL</w:t>
      </w:r>
    </w:p>
    <w:p>
      <w:r>
        <w:t>NIF B4721595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