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C.E.E. SAN JUAN DE DIOS SL</w:t>
      </w:r>
    </w:p>
    <w:p>
      <w:r>
        <w:t>NIF B47215959.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lavandería para las delegaciones de Cáceres, Mérida, Plasencia, León, Madrid, Miranda de Ebro, Salamanca, Valladolid, Olot y Vigo para Mutua Montañesa (lote 8) · exp. MM/2026/081</w:t>
            </w:r>
          </w:p>
        </w:tc>
        <w:tc>
          <w:tcPr>
            <w:tcW w:type="dxa" w:w="1440"/>
          </w:tcPr>
          <w:p>
            <w:r>
              <w:t>Dirección General de Mutua Montañesa · NIF G39008321</w:t>
            </w:r>
          </w:p>
        </w:tc>
        <w:tc>
          <w:tcPr>
            <w:tcW w:type="dxa" w:w="1440"/>
          </w:tcPr>
          <w:p>
            <w:r>
              <w:t>2.654,61 €</w:t>
            </w:r>
          </w:p>
        </w:tc>
        <w:tc>
          <w:tcPr>
            <w:tcW w:type="dxa" w:w="1440"/>
          </w:tcPr>
          <w:p>
            <w:r>
              <w:t>17/09/2026</w:t>
            </w:r>
          </w:p>
        </w:tc>
        <w:tc>
          <w:tcPr>
            <w:tcW w:type="dxa" w:w="1440"/>
          </w:tcPr>
          <w:p>
            <w:r>
              <w:t>01/10/2026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2.654,61 €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Mutua Montañesa (NIF G39008321)</w:t>
      </w:r>
    </w:p>
    <w:p>
      <w:r>
        <w:t xml:space="preserve">C.E.E. SAN JUAN DE DIOS SL, con NIF B47215959, adjudicataria del contrato «Servicio de lavandería para las delegaciones de Cáceres, Mérida, Plasencia, León, Madrid, Miranda de Ebro, Salamanca, Valladolid, Olot y Vigo para Mutua Montañesa», lote 8, expediente MM/2026/081, adjudicado el 17/09/2026 por 2.654,61 €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01/10/2026 a 01/10/2028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