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BUS COLECTIVO SL</w:t>
      </w:r>
    </w:p>
    <w:p>
      <w:r>
        <w:t>NIF B75962845.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y Suministro para la celebración de la "XXX ROMERÍA SAN JOSÉ 2025" del municipio de la Villa de San Juan de la Rambla. (lote 6) · exp. PASS SERV02_2025</w:t>
            </w:r>
          </w:p>
        </w:tc>
        <w:tc>
          <w:tcPr>
            <w:tcW w:type="dxa" w:w="1440"/>
          </w:tcPr>
          <w:p>
            <w:r>
              <w:t>Ayuntamiento de San Juan de La Rambla · NIF P3803400E</w:t>
            </w:r>
          </w:p>
        </w:tc>
        <w:tc>
          <w:tcPr>
            <w:tcW w:type="dxa" w:w="1440"/>
          </w:tcPr>
          <w:p>
            <w:r>
              <w:t>690,00 €</w:t>
            </w:r>
          </w:p>
        </w:tc>
        <w:tc>
          <w:tcPr>
            <w:tcW w:type="dxa" w:w="1440"/>
          </w:tcPr>
          <w:p>
            <w:r>
              <w:t>11/09/2025</w:t>
            </w:r>
          </w:p>
        </w:tc>
        <w:tc>
          <w:tcPr>
            <w:tcW w:type="dxa" w:w="1440"/>
          </w:tcPr>
          <w:p>
            <w:r>
              <w:t>16/09/2025 – 20/09/2025</w:t>
            </w:r>
          </w:p>
        </w:tc>
        <w:tc>
          <w:tcPr>
            <w:tcW w:type="dxa" w:w="1440"/>
          </w:tcPr>
          <w:p>
            <w:r>
              <w:rPr>
                <w:highlight w:val="yellow"/>
              </w:rPr>
              <w:t>rellenar</w:t>
            </w:r>
          </w:p>
        </w:tc>
      </w:tr>
      <w:tr>
        <w:tc>
          <w:tcPr>
            <w:tcW w:type="dxa" w:w="1440"/>
          </w:tcPr>
          <w:p>
            <w:r>
              <w:t>Transporte escolar ruta 361 IES. Real S. Vicente; Hinojosa de S. Vicente; San Roman de los Montes · exp. 2025/009551</w:t>
            </w:r>
          </w:p>
        </w:tc>
        <w:tc>
          <w:tcPr>
            <w:tcW w:type="dxa" w:w="1440"/>
          </w:tcPr>
          <w:p>
            <w:r>
              <w:t>Delegación Provincial de la Consejería de Educación, Cultura y Deportes en Toledo · NIF S1911001D</w:t>
            </w:r>
          </w:p>
        </w:tc>
        <w:tc>
          <w:tcPr>
            <w:tcW w:type="dxa" w:w="1440"/>
          </w:tcPr>
          <w:p>
            <w:r>
              <w:t>60.025,00 €</w:t>
            </w:r>
          </w:p>
        </w:tc>
        <w:tc>
          <w:tcPr>
            <w:tcW w:type="dxa" w:w="1440"/>
          </w:tcPr>
          <w:p>
            <w:r>
              <w:t>28/08/2025</w:t>
            </w:r>
          </w:p>
        </w:tc>
        <w:tc>
          <w:tcPr>
            <w:tcW w:type="dxa" w:w="1440"/>
          </w:tcPr>
          <w:p>
            <w:r>
              <w:t>28/09/2025 – 28/07/2026</w:t>
            </w:r>
          </w:p>
        </w:tc>
        <w:tc>
          <w:tcPr>
            <w:tcW w:type="dxa" w:w="1440"/>
          </w:tcPr>
          <w:p>
            <w:r>
              <w:rPr>
                <w:highlight w:val="yellow"/>
              </w:rPr>
              <w:t>rellenar</w:t>
            </w:r>
          </w:p>
        </w:tc>
      </w:tr>
      <w:tr>
        <w:tc>
          <w:tcPr>
            <w:tcW w:type="dxa" w:w="1440"/>
          </w:tcPr>
          <w:p>
            <w:r>
              <w:t>Servicio de transporte regular de uso especial de alumnos escolarizados en el centro CPEE Pablo Picasso, dependiente de la dirección de Área Territorial Madrid-Este, de la Consejería de Educación, Ciencia y Universidades de la Comunidad de Madrid (ruta 28033515-N) a adjudicar por procedimiento abierto simplificado abreviado, tramitación de urgencia. · exp. A/SER-040793/2025</w:t>
            </w:r>
          </w:p>
        </w:tc>
        <w:tc>
          <w:tcPr>
            <w:tcW w:type="dxa" w:w="1440"/>
          </w:tcPr>
          <w:p>
            <w:r>
              <w:t>Consejería de Educación, Ciencia y Universidades</w:t>
            </w:r>
          </w:p>
        </w:tc>
        <w:tc>
          <w:tcPr>
            <w:tcW w:type="dxa" w:w="1440"/>
          </w:tcPr>
          <w:p>
            <w:r>
              <w:t>58.390,40 €</w:t>
            </w:r>
          </w:p>
        </w:tc>
        <w:tc>
          <w:tcPr>
            <w:tcW w:type="dxa" w:w="1440"/>
          </w:tcPr>
          <w:p>
            <w:r/>
          </w:p>
        </w:tc>
        <w:tc>
          <w:tcPr>
            <w:tcW w:type="dxa" w:w="1440"/>
          </w:tcPr>
          <w:p>
            <w:r>
              <w:t>04/11/2025 – 04/07/2026</w:t>
            </w:r>
          </w:p>
        </w:tc>
        <w:tc>
          <w:tcPr>
            <w:tcW w:type="dxa" w:w="1440"/>
          </w:tcPr>
          <w:p>
            <w:r>
              <w:rPr>
                <w:highlight w:val="yellow"/>
              </w:rPr>
              <w:t>rellenar</w:t>
            </w:r>
          </w:p>
        </w:tc>
      </w:tr>
    </w:tbl>
    <w:p/>
    <w:p>
      <w:r>
        <w:rPr>
          <w:b/>
        </w:rPr>
        <w:t>Importe adjudicado en el periodo: 119.105,40 €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San Juan de La Rambla (NIF P3803400E)</w:t>
      </w:r>
    </w:p>
    <w:p>
      <w:r>
        <w:t xml:space="preserve">BUS COLECTIVO SL, con NIF B75962845, adjudicataria del contrato «Contratación del Servicio y Suministro para la celebración de la "XXX ROMERÍA SAN JOSÉ 2025" del municipio de la Villa de San Juan de la Rambla.», lote 6, expediente PASS SERV02_2025, adjudicado el 11/09/2025 por 690,00 €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16/09/2025 a 20/09/2025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Provincial de la Consejería de Educación, Cultura y Deportes en Toledo (NIF S1911001D)</w:t>
      </w:r>
    </w:p>
    <w:p>
      <w:r>
        <w:t xml:space="preserve">BUS COLECTIVO SL, con NIF B75962845, adjudicataria del contrato «Transporte escolar ruta 361 IES. Real S. Vicente; Hinojosa de S. Vicente; San Roman de los Montes», expediente 2025/009551, adjudicado el 28/08/2025 por 60.025,00 €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28/09/2025 a 28/07/2026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Educación, Ciencia y Universidades</w:t>
      </w:r>
    </w:p>
    <w:p>
      <w:r>
        <w:t xml:space="preserve">BUS COLECTIVO SL, con NIF B75962845, adjudicataria del contrato «Servicio de transporte regular de uso especial de alumnos escolarizados en el centro CPEE Pablo Picasso, dependiente de la dirección de Área Territorial Madrid-Este, de la Consejería de Educación, Ciencia y Universidades de la Comunidad de Madrid (ruta 28033515-N) a adjudicar por procedimiento abierto simplificado abreviado, tramitación de urgencia.», expediente A/SER-040793/2025, adjudicado el …… por 58.390,40 €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04/11/2025 a 04/07/2026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