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BURES PROFESIONAL, SA</w:t>
      </w:r>
    </w:p>
    <w:p>
      <w:r>
        <w:t>NIF A17054081.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 de trituració, càrrega, transport i retirada de les restes vegetals dipositades a la planta de transferència de restes vegetals de l'Ajuntament de l'Ametlla de Mar · exp. 3215/2026</w:t>
            </w:r>
          </w:p>
        </w:tc>
        <w:tc>
          <w:tcPr>
            <w:tcW w:type="dxa" w:w="1440"/>
          </w:tcPr>
          <w:p>
            <w:r>
              <w:t>Ajuntament de l'Ametlla de Mar</w:t>
            </w:r>
          </w:p>
        </w:tc>
        <w:tc>
          <w:tcPr>
            <w:tcW w:type="dxa" w:w="1440"/>
          </w:tcPr>
          <w:p>
            <w:r>
              <w:t>23.556,00 €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28/09/2026 – 18/10/2026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FS248_2025 contractació mitjançant procediment obert harmonitzat del servei de recollida, transport i gestió dels fangs biològics digerits i deshidratats de la EDAR de Figueres que gestiona Figueres de Serveis, SA · exp. FS248_2025</w:t>
            </w:r>
          </w:p>
        </w:tc>
        <w:tc>
          <w:tcPr>
            <w:tcW w:type="dxa" w:w="1440"/>
          </w:tcPr>
          <w:p>
            <w:r>
              <w:t>Figueres de Serveis, SA</w:t>
            </w:r>
          </w:p>
        </w:tc>
        <w:tc>
          <w:tcPr>
            <w:tcW w:type="dxa" w:w="1440"/>
          </w:tcPr>
          <w:p>
            <w:r>
              <w:t>329.868,00 €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Prestació del tractament dels residus de fracció vegetal provinents del complex de tractament de residus de Solius · exp. 02/2025</w:t>
            </w:r>
          </w:p>
        </w:tc>
        <w:tc>
          <w:tcPr>
            <w:tcW w:type="dxa" w:w="1440"/>
          </w:tcPr>
          <w:p>
            <w:r>
              <w:t>Consorci per al Condicionament i la Gestió del Complex de Tractament de Residus de Solius</w:t>
            </w:r>
          </w:p>
        </w:tc>
        <w:tc>
          <w:tcPr>
            <w:tcW w:type="dxa" w:w="1440"/>
          </w:tcPr>
          <w:p>
            <w:r>
              <w:t>89.670,00 €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25/06/2025 – 25/06/2026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443.094,00 €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l'Ametlla de Mar</w:t>
      </w:r>
    </w:p>
    <w:p>
      <w:r>
        <w:t xml:space="preserve">BURES PROFESIONAL, SA, con NIF A17054081, adjudicataria del contrato «Servei de trituració, càrrega, transport i retirada de les restes vegetals dipositades a la planta de transferència de restes vegetals de l'Ajuntament de l'Ametlla de Mar», expediente 3215/2026, adjudicado el …… por 23.556,00 €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28/09/2026 a 18/10/2026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Figueres de Serveis, SA</w:t>
      </w:r>
    </w:p>
    <w:p>
      <w:r>
        <w:t xml:space="preserve">BURES PROFESIONAL, SA, con NIF A17054081, adjudicataria del contrato «FS248_2025 contractació mitjançant procediment obert harmonitzat del servei de recollida, transport i gestió dels fangs biològics digerits i deshidratats de la EDAR de Figueres que gestiona Figueres de Serveis, SA», expediente FS248_2025, adjudicado el …… por 329.868,00 €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24/11/2025 a 24/11/2027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Consorci per al Condicionament i la Gestió del Complex de Tractament de Residus de Solius</w:t>
      </w:r>
    </w:p>
    <w:p>
      <w:r>
        <w:t xml:space="preserve">BURES PROFESIONAL, SA, con NIF A17054081, adjudicataria del contrato «Prestació del tractament dels residus de fracció vegetal provinents del complex de tractament de residus de Solius», expediente 02/2025, adjudicado el …… por 89.670,00 €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25/06/2025 a 25/06/2026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