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BUCONDA,S.L.U</w:t>
      </w:r>
    </w:p>
    <w:p>
      <w:r>
        <w:t>NIF B67026237.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L’objecte d’aquest contracte consisteix en la prestació dels treballs de docència i mentoratge dels mòduls del Programa Consolida’t corresponents a 69 hores de formació (6 lots) i 140 hores de mentories especialitzades (5 lots).</w:t>
              <w:br/>
              <w:br/>
              <w:t>Les bases reguladores del Programa (Ordre EMT/82/2025, de 29 de maig) estableixen els requisits que han de tenir les persones formadores i mentores que vulguin presentar-se a la licitació. Així mateix, els apartats 9.3. i 9.4 de les bases reguladores especifiquen que abans de poder donar inici a les accions del programa caldrà la validació de cada formador i mentor per part de la Unitat gestora del Programa Consolida’t.</w:t>
              <w:br/>
              <w:br/>
              <w:t>Per aquest motiu, l’adjudicació dels diferents lots del “Contracte de serveis per a la docència i mentoratge de diferents mòduls del programa “Consolida’t” del Consell Comarcal de la Selva” resten condicionats a la condició suspensiva següent:</w:t>
              <w:br/>
              <w:br/>
              <w:t>- La validació per part de la unitat gestora del Programa Consolida’t dels professionals presentats  (lote 4) · exp. 2025/00019527L</w:t>
            </w:r>
          </w:p>
        </w:tc>
        <w:tc>
          <w:tcPr>
            <w:tcW w:type="dxa" w:w="1440"/>
          </w:tcPr>
          <w:p>
            <w:r>
              <w:t>Consell Comarcal de la Selva</w:t>
            </w:r>
          </w:p>
        </w:tc>
        <w:tc>
          <w:tcPr>
            <w:tcW w:type="dxa" w:w="1440"/>
          </w:tcPr>
          <w:p>
            <w:r>
              <w:t>504,00 €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d’aquest contracte consisteix en la prestació dels treballs de docència i mentoratge dels mòduls del Programa Consolida’t corresponents a 69 hores de formació (6 lots) i 140 hores de mentories especialitzades (5 lots).</w:t>
              <w:br/>
              <w:br/>
              <w:t>Les bases reguladores del Programa (Ordre EMT/82/2025, de 29 de maig) estableixen els requisits que han de tenir les persones formadores i mentores que vulguin presentar-se a la licitació. Així mateix, els apartats 9.3. i 9.4 de les bases reguladores especifiquen que abans de poder donar inici a les accions del programa caldrà la validació de cada formador i mentor per part de la Unitat gestora del Programa Consolida’t.</w:t>
              <w:br/>
              <w:br/>
              <w:t>Per aquest motiu, l’adjudicació dels diferents lots del “Contracte de serveis per a la docència i mentoratge de diferents mòduls del programa “Consolida’t” del Consell Comarcal de la Selva” resten condicionats a la condició suspensiva següent:</w:t>
              <w:br/>
              <w:br/>
              <w:t>- La validació per part de la unitat gestora del Programa Consolida’t dels professionals presentats  (lote 8) · exp. 2025/00019527L</w:t>
            </w:r>
          </w:p>
        </w:tc>
        <w:tc>
          <w:tcPr>
            <w:tcW w:type="dxa" w:w="1440"/>
          </w:tcPr>
          <w:p>
            <w:r>
              <w:t>Consell Comarcal de la Selva</w:t>
            </w:r>
          </w:p>
        </w:tc>
        <w:tc>
          <w:tcPr>
            <w:tcW w:type="dxa" w:w="1440"/>
          </w:tcPr>
          <w:p>
            <w:r>
              <w:t>1.440,00 €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1.944,00 €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 la Selva</w:t>
      </w:r>
    </w:p>
    <w:p>
      <w:r>
        <w:t>BUCONDA,S.L.U, con NIF B67026237, adjudicataria del contrato «L’objecte d’aquest contracte consisteix en la prestació dels treballs de docència i mentoratge dels mòduls del Programa Consolida’t corresponents a 69 hores de formació (6 lots) i 140 hores de mentories especialitzades (5 lots).</w:t>
        <w:br/>
        <w:br/>
        <w:t>Les bases reguladores del Programa (Ordre EMT/82/2025, de 29 de maig) estableixen els requisits que han de tenir les persones formadores i mentores que vulguin presentar-se a la licitació. Així mateix, els apartats 9.3. i 9.4 de les bases reguladores especifiquen que abans de poder donar inici a les accions del programa caldrà la validació de cada formador i mentor per part de la Unitat gestora del Programa Consolida’t.</w:t>
        <w:br/>
        <w:br/>
        <w:t>Per aquest motiu, l’adjudicació dels diferents lots del “Contracte de serveis per a la docència i mentoratge de diferents mòduls del programa “Consolida’t” del Consell Comarcal de la Selva” resten condicionats a la condició suspensiva següent:</w:t>
        <w:br/>
        <w:br/>
        <w:t xml:space="preserve">- La validació per part de la unitat gestora del Programa Consolida’t dels professionals presentats », lote 4, expediente 2025/00019527L, adjudicado el …… por 504,00 €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04/05/2026 a 04/05/2027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 la Selva</w:t>
      </w:r>
    </w:p>
    <w:p>
      <w:r>
        <w:t>BUCONDA,S.L.U, con NIF B67026237, adjudicataria del contrato «L’objecte d’aquest contracte consisteix en la prestació dels treballs de docència i mentoratge dels mòduls del Programa Consolida’t corresponents a 69 hores de formació (6 lots) i 140 hores de mentories especialitzades (5 lots).</w:t>
        <w:br/>
        <w:br/>
        <w:t>Les bases reguladores del Programa (Ordre EMT/82/2025, de 29 de maig) estableixen els requisits que han de tenir les persones formadores i mentores que vulguin presentar-se a la licitació. Així mateix, els apartats 9.3. i 9.4 de les bases reguladores especifiquen que abans de poder donar inici a les accions del programa caldrà la validació de cada formador i mentor per part de la Unitat gestora del Programa Consolida’t.</w:t>
        <w:br/>
        <w:br/>
        <w:t>Per aquest motiu, l’adjudicació dels diferents lots del “Contracte de serveis per a la docència i mentoratge de diferents mòduls del programa “Consolida’t” del Consell Comarcal de la Selva” resten condicionats a la condició suspensiva següent:</w:t>
        <w:br/>
        <w:br/>
        <w:t xml:space="preserve">- La validació per part de la unitat gestora del Programa Consolida’t dels professionals presentats », lote 8, expediente 2025/00019527L, adjudicado el …… por 1.440,00 €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04/05/2026 a 04/05/2027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