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BSF Swissphoto - DIELMO 3D</w:t>
      </w:r>
    </w:p>
    <w:p>
      <w:r>
        <w:t>NIF B97327928.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