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BOIMA LOGISTICA , S.L.</w:t>
      </w:r>
    </w:p>
    <w:p>
      <w:r>
        <w:t>NIF B85532653.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Apoyo al mantenimiento de sistemas de armas del CLOTRA (lote 2) · exp. 2026/EA27/00000496E</w:t>
            </w:r>
          </w:p>
        </w:tc>
        <w:tc>
          <w:tcPr>
            <w:tcW w:type="dxa" w:w="1440"/>
          </w:tcPr>
          <w:p>
            <w:r>
              <w:t>Jefatura de la Sección Económico-Administrativa 27 - Base Aérea de Getafe · NIF S2822023D</w:t>
            </w:r>
          </w:p>
        </w:tc>
        <w:tc>
          <w:tcPr>
            <w:tcW w:type="dxa" w:w="1440"/>
          </w:tcPr>
          <w:p>
            <w:r>
              <w:t>25.000,00 €</w:t>
            </w:r>
          </w:p>
        </w:tc>
        <w:tc>
          <w:tcPr>
            <w:tcW w:type="dxa" w:w="1440"/>
          </w:tcPr>
          <w:p>
            <w:r>
              <w:t>12/06/2026</w:t>
            </w:r>
          </w:p>
        </w:tc>
        <w:tc>
          <w:tcPr>
            <w:tcW w:type="dxa" w:w="1440"/>
          </w:tcPr>
          <w:p>
            <w:r>
              <w:t>19/06/2026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CLOTRA Suministro repuesto finalización orden de trabajo · exp. 2025/EA27/00001919E</w:t>
            </w:r>
          </w:p>
        </w:tc>
        <w:tc>
          <w:tcPr>
            <w:tcW w:type="dxa" w:w="1440"/>
          </w:tcPr>
          <w:p>
            <w:r>
              <w:t>Jefatura de la Sección Económico-Administrativa 27 - Base Aérea de Getafe · NIF S2822023D</w:t>
            </w:r>
          </w:p>
        </w:tc>
        <w:tc>
          <w:tcPr>
            <w:tcW w:type="dxa" w:w="1440"/>
          </w:tcPr>
          <w:p>
            <w:r>
              <w:t>25.000,00 €</w:t>
            </w:r>
          </w:p>
        </w:tc>
        <w:tc>
          <w:tcPr>
            <w:tcW w:type="dxa" w:w="1440"/>
          </w:tcPr>
          <w:p>
            <w:r>
              <w:t>19/11/2025</w:t>
            </w:r>
          </w:p>
        </w:tc>
        <w:tc>
          <w:tcPr>
            <w:tcW w:type="dxa" w:w="1440"/>
          </w:tcPr>
          <w:p>
            <w:r>
              <w:t>26/11/2025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CLOTRA Apoyo al mantenimiento de sistemas de armas del CLOTRA (lote 2) · exp. 2024/EA27/00001541E</w:t>
            </w:r>
          </w:p>
        </w:tc>
        <w:tc>
          <w:tcPr>
            <w:tcW w:type="dxa" w:w="1440"/>
          </w:tcPr>
          <w:p>
            <w:r>
              <w:t>Jefatura de la Sección Económico-Administrativa 27 - Base Aérea de Getafe · NIF S2822023D</w:t>
            </w:r>
          </w:p>
        </w:tc>
        <w:tc>
          <w:tcPr>
            <w:tcW w:type="dxa" w:w="1440"/>
          </w:tcPr>
          <w:p>
            <w:r>
              <w:t>25.000,00 €</w:t>
            </w:r>
          </w:p>
        </w:tc>
        <w:tc>
          <w:tcPr>
            <w:tcW w:type="dxa" w:w="1440"/>
          </w:tcPr>
          <w:p>
            <w:r>
              <w:t>25/09/2024</w:t>
            </w:r>
          </w:p>
        </w:tc>
        <w:tc>
          <w:tcPr>
            <w:tcW w:type="dxa" w:w="1440"/>
          </w:tcPr>
          <w:p>
            <w:r>
              <w:t>04/10/2024 – 30/11/2024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75.000,00 €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Económico-Administrativa 27 - Base Aérea de Getafe (NIF S2822023D)</w:t>
      </w:r>
    </w:p>
    <w:p>
      <w:r>
        <w:t xml:space="preserve">BOIMA LOGISTICA , S.L., con NIF B85532653, adjudicataria del contrato «Apoyo al mantenimiento de sistemas de armas del CLOTRA», lote 2, expediente 2026/EA27/00000496E, adjudicado el 12/06/2026 por 25.000,00 €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19/06/2026 a 19/12/2026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Económico-Administrativa 27 - Base Aérea de Getafe (NIF S2822023D)</w:t>
      </w:r>
    </w:p>
    <w:p>
      <w:r>
        <w:t xml:space="preserve">BOIMA LOGISTICA , S.L., con NIF B85532653, adjudicataria del contrato «CLOTRA Suministro repuesto finalización orden de trabajo», expediente 2025/EA27/00001919E, adjudicado el 19/11/2025 por 25.000,00 €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26/11/2025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Económico-Administrativa 27 - Base Aérea de Getafe (NIF S2822023D)</w:t>
      </w:r>
    </w:p>
    <w:p>
      <w:r>
        <w:t xml:space="preserve">BOIMA LOGISTICA , S.L., con NIF B85532653, adjudicataria del contrato «CLOTRA Apoyo al mantenimiento de sistemas de armas del CLOTRA», lote 2, expediente 2024/EA27/00001541E, adjudicado el 25/09/2024 por 25.000,00 €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04/10/2024 a 30/11/2024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