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ITO SISTEMAS DE ALMACENAJE S.L.U.</w:t>
      </w:r>
    </w:p>
    <w:p>
      <w:r>
        <w:t>NIF B6224327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