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BETTER CONSULTANTS, S.A.</w:t>
      </w:r>
    </w:p>
    <w:p>
      <w:r>
        <w:t>NIF A59150854.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