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BETTER CONSULTANTS, S.A.</w:t>
      </w:r>
    </w:p>
    <w:p>
      <w:r>
        <w:t>NIF A59150854.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adaptativo del sistema de gestión de accidentes y atestados de tráfico para la integración con varios sistemas proporcionados por IAM: PSDGT, AMPOL y Sistema de Multas. · exp. 300/2025/02155</w:t>
            </w:r>
          </w:p>
        </w:tc>
        <w:tc>
          <w:tcPr>
            <w:tcW w:type="dxa" w:w="1440"/>
          </w:tcPr>
          <w:p>
            <w:r>
              <w:t>Área de Gobierno de Vicealcaldía, Portavoz, Seguridad y Emergencias del Ayuntamiento de Madrid · NIF P2807900B</w:t>
            </w:r>
          </w:p>
        </w:tc>
        <w:tc>
          <w:tcPr>
            <w:tcW w:type="dxa" w:w="1440"/>
          </w:tcPr>
          <w:p>
            <w:r>
              <w:t>24.770,00 €</w:t>
            </w:r>
          </w:p>
        </w:tc>
        <w:tc>
          <w:tcPr>
            <w:tcW w:type="dxa" w:w="1440"/>
          </w:tcPr>
          <w:p>
            <w:r>
              <w:t>19/12/2025</w:t>
            </w:r>
          </w:p>
        </w:tc>
        <w:tc>
          <w:tcPr>
            <w:tcW w:type="dxa" w:w="1440"/>
          </w:tcPr>
          <w:p>
            <w:r>
              <w:t>23/12/2025 – 23/02/2026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desenvolupament de noves funcionalitats sobre el software de gestió d'Accidents de Trànsit i Atestats de l'Ajuntament de Barcelona, amb mesures de contractació pública sostenible. · exp. 001_24002498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123.954,55 €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06/11/2024 – 06/12/2025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148.724,55 €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Área de Gobierno de Vicealcaldía, Portavoz, Seguridad y Emergencias del Ayuntamiento de Madrid (NIF P2807900B)</w:t>
      </w:r>
    </w:p>
    <w:p>
      <w:r>
        <w:t xml:space="preserve">BETTER CONSULTANTS, S.A., con NIF A59150854, adjudicataria del contrato «Mantenimiento adaptativo del sistema de gestión de accidentes y atestados de tráfico para la integración con varios sistemas proporcionados por IAM: PSDGT, AMPOL y Sistema de Multas.», expediente 300/2025/02155, adjudicado el 19/12/2025 por 24.770,00 €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23/12/2025 a 23/02/2026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BETTER CONSULTANTS, S.A., con NIF A59150854, adjudicataria del contrato «Serveis de desenvolupament de noves funcionalitats sobre el software de gestió d'Accidents de Trànsit i Atestats de l'Ajuntament de Barcelona, amb mesures de contractació pública sostenible.», expediente 001_24002498, adjudicado el …… por 123.954,55 €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06/11/2024 a 06/12/2025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